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B6E20" w14:textId="0260D4E4" w:rsidR="00222634" w:rsidRDefault="00000000">
      <w:pPr>
        <w:spacing w:after="40"/>
        <w:jc w:val="center"/>
      </w:pPr>
      <w:proofErr w:type="spellStart"/>
      <w:r>
        <w:rPr>
          <w:b/>
          <w:sz w:val="36"/>
        </w:rPr>
        <w:t>Offert</w:t>
      </w:r>
      <w:proofErr w:type="spellEnd"/>
      <w:r>
        <w:rPr>
          <w:b/>
          <w:sz w:val="36"/>
        </w:rPr>
        <w:t xml:space="preserve"> </w:t>
      </w:r>
    </w:p>
    <w:p w14:paraId="255CA86E" w14:textId="6C434E3D" w:rsidR="00222634" w:rsidRDefault="00000000">
      <w:pPr>
        <w:spacing w:after="240"/>
        <w:jc w:val="center"/>
      </w:pPr>
      <w:proofErr w:type="spellStart"/>
      <w:r>
        <w:rPr>
          <w:b/>
          <w:sz w:val="22"/>
        </w:rPr>
        <w:t>Förfrågan</w:t>
      </w:r>
      <w:proofErr w:type="spellEnd"/>
      <w:r>
        <w:rPr>
          <w:b/>
          <w:sz w:val="22"/>
        </w:rPr>
        <w:t>:</w:t>
      </w:r>
      <w:r w:rsidR="00FA26D1">
        <w:rPr>
          <w:b/>
          <w:sz w:val="22"/>
        </w:rPr>
        <w:t xml:space="preserve"> </w:t>
      </w:r>
      <w:r w:rsidR="00FA26D1">
        <w:rPr>
          <w:bCs/>
          <w:sz w:val="22"/>
        </w:rPr>
        <w:t xml:space="preserve">Interim </w:t>
      </w:r>
      <w:proofErr w:type="spellStart"/>
      <w:r w:rsidR="00FA26D1">
        <w:rPr>
          <w:bCs/>
          <w:sz w:val="22"/>
        </w:rPr>
        <w:t>d</w:t>
      </w:r>
      <w:r w:rsidR="00FA26D1" w:rsidRPr="00FA26D1">
        <w:rPr>
          <w:bCs/>
          <w:sz w:val="22"/>
        </w:rPr>
        <w:t>riftledare</w:t>
      </w:r>
      <w:proofErr w:type="spellEnd"/>
      <w:r w:rsidR="00FA26D1" w:rsidRPr="00FA26D1">
        <w:rPr>
          <w:bCs/>
          <w:sz w:val="22"/>
        </w:rPr>
        <w:t xml:space="preserve"> </w:t>
      </w:r>
      <w:proofErr w:type="spellStart"/>
      <w:r w:rsidR="00FA26D1" w:rsidRPr="00FA26D1">
        <w:rPr>
          <w:bCs/>
          <w:sz w:val="22"/>
        </w:rPr>
        <w:t>Eftersorteringsanläggning</w:t>
      </w:r>
      <w:proofErr w:type="spellEnd"/>
    </w:p>
    <w:tbl>
      <w:tblPr>
        <w:tblStyle w:val="Tabellrutnt"/>
        <w:tblW w:w="0" w:type="auto"/>
        <w:jc w:val="center"/>
        <w:tblLook w:val="04A0" w:firstRow="1" w:lastRow="0" w:firstColumn="1" w:lastColumn="0" w:noHBand="0" w:noVBand="1"/>
      </w:tblPr>
      <w:tblGrid>
        <w:gridCol w:w="5101"/>
        <w:gridCol w:w="4836"/>
      </w:tblGrid>
      <w:tr w:rsidR="00222634" w14:paraId="5C187027" w14:textId="77777777" w:rsidTr="001D4E97">
        <w:trPr>
          <w:trHeight w:val="218"/>
          <w:jc w:val="center"/>
        </w:trPr>
        <w:tc>
          <w:tcPr>
            <w:tcW w:w="5101" w:type="dxa"/>
            <w:shd w:val="clear" w:color="auto" w:fill="EAF0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B63F87" w14:textId="77777777" w:rsidR="00222634" w:rsidRDefault="00000000">
            <w:proofErr w:type="spellStart"/>
            <w:r>
              <w:rPr>
                <w:b/>
              </w:rPr>
              <w:t>Bolag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483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B00764" w14:textId="743926EB" w:rsidR="00222634" w:rsidRDefault="00000000">
            <w:r>
              <w:t xml:space="preserve"> </w:t>
            </w:r>
          </w:p>
        </w:tc>
      </w:tr>
      <w:tr w:rsidR="00222634" w14:paraId="5CA061FE" w14:textId="77777777" w:rsidTr="001D4E97">
        <w:trPr>
          <w:trHeight w:val="207"/>
          <w:jc w:val="center"/>
        </w:trPr>
        <w:tc>
          <w:tcPr>
            <w:tcW w:w="5101" w:type="dxa"/>
            <w:shd w:val="clear" w:color="auto" w:fill="EAF0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93666E" w14:textId="77777777" w:rsidR="00222634" w:rsidRDefault="00000000">
            <w:proofErr w:type="spellStart"/>
            <w:r>
              <w:rPr>
                <w:b/>
              </w:rPr>
              <w:t>Konsultnamn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483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CD50C5" w14:textId="77777777" w:rsidR="00222634" w:rsidRDefault="00000000">
            <w:r>
              <w:t xml:space="preserve"> </w:t>
            </w:r>
          </w:p>
        </w:tc>
      </w:tr>
      <w:tr w:rsidR="00222634" w14:paraId="60B49456" w14:textId="77777777" w:rsidTr="001D4E97">
        <w:trPr>
          <w:trHeight w:val="218"/>
          <w:jc w:val="center"/>
        </w:trPr>
        <w:tc>
          <w:tcPr>
            <w:tcW w:w="5101" w:type="dxa"/>
            <w:shd w:val="clear" w:color="auto" w:fill="EAF0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DC319B" w14:textId="77777777" w:rsidR="00222634" w:rsidRDefault="00000000">
            <w:r>
              <w:rPr>
                <w:b/>
              </w:rPr>
              <w:t>Leverantörspris/h:</w:t>
            </w:r>
          </w:p>
        </w:tc>
        <w:tc>
          <w:tcPr>
            <w:tcW w:w="483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67C31B" w14:textId="77777777" w:rsidR="00222634" w:rsidRDefault="00000000">
            <w:r>
              <w:t xml:space="preserve"> </w:t>
            </w:r>
          </w:p>
        </w:tc>
      </w:tr>
      <w:tr w:rsidR="00222634" w14:paraId="43880DC1" w14:textId="77777777" w:rsidTr="001D4E97">
        <w:trPr>
          <w:trHeight w:val="218"/>
          <w:jc w:val="center"/>
        </w:trPr>
        <w:tc>
          <w:tcPr>
            <w:tcW w:w="5101" w:type="dxa"/>
            <w:shd w:val="clear" w:color="auto" w:fill="EAF0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AB838F" w14:textId="77777777" w:rsidR="00222634" w:rsidRDefault="00000000">
            <w:proofErr w:type="spellStart"/>
            <w:r>
              <w:rPr>
                <w:b/>
              </w:rPr>
              <w:t>Tillgänglighet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483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E2B008" w14:textId="77777777" w:rsidR="00222634" w:rsidRDefault="00000000">
            <w:r>
              <w:t xml:space="preserve"> </w:t>
            </w:r>
          </w:p>
        </w:tc>
      </w:tr>
      <w:tr w:rsidR="00222634" w14:paraId="73EF5523" w14:textId="77777777" w:rsidTr="001D4E97">
        <w:trPr>
          <w:trHeight w:val="207"/>
          <w:jc w:val="center"/>
        </w:trPr>
        <w:tc>
          <w:tcPr>
            <w:tcW w:w="5101" w:type="dxa"/>
            <w:shd w:val="clear" w:color="auto" w:fill="EAF0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847FDA" w14:textId="77777777" w:rsidR="00222634" w:rsidRDefault="00000000">
            <w:r>
              <w:rPr>
                <w:b/>
              </w:rPr>
              <w:t>Pris/h (</w:t>
            </w:r>
            <w:proofErr w:type="spellStart"/>
            <w:r>
              <w:rPr>
                <w:b/>
              </w:rPr>
              <w:t>inklusive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Levigo</w:t>
            </w:r>
            <w:proofErr w:type="spellEnd"/>
            <w:r>
              <w:rPr>
                <w:b/>
              </w:rPr>
              <w:t>-marginal):</w:t>
            </w:r>
          </w:p>
        </w:tc>
        <w:tc>
          <w:tcPr>
            <w:tcW w:w="483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29A6C2" w14:textId="77777777" w:rsidR="00222634" w:rsidRDefault="00000000">
            <w:proofErr w:type="spellStart"/>
            <w:proofErr w:type="gramStart"/>
            <w:r>
              <w:rPr>
                <w:i/>
                <w:sz w:val="18"/>
              </w:rPr>
              <w:t>Fylls</w:t>
            </w:r>
            <w:proofErr w:type="spellEnd"/>
            <w:r>
              <w:rPr>
                <w:i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i</w:t>
            </w:r>
            <w:proofErr w:type="spellEnd"/>
            <w:proofErr w:type="gramEnd"/>
            <w:r>
              <w:rPr>
                <w:i/>
                <w:sz w:val="18"/>
              </w:rPr>
              <w:t xml:space="preserve"> av </w:t>
            </w:r>
            <w:proofErr w:type="spellStart"/>
            <w:r>
              <w:rPr>
                <w:i/>
                <w:sz w:val="18"/>
              </w:rPr>
              <w:t>Levigo</w:t>
            </w:r>
            <w:proofErr w:type="spellEnd"/>
          </w:p>
        </w:tc>
      </w:tr>
    </w:tbl>
    <w:p w14:paraId="56A6AFED" w14:textId="77777777" w:rsidR="00222634" w:rsidRDefault="00222634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222634" w14:paraId="54AE2152" w14:textId="77777777" w:rsidTr="00E31799">
        <w:trPr>
          <w:trHeight w:val="328"/>
        </w:trPr>
        <w:tc>
          <w:tcPr>
            <w:tcW w:w="10356" w:type="dxa"/>
            <w:shd w:val="clear" w:color="auto" w:fill="D9E4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3B7FE93" w14:textId="77777777" w:rsidR="00222634" w:rsidRDefault="00000000">
            <w:pPr>
              <w:spacing w:after="0"/>
            </w:pPr>
            <w:r>
              <w:rPr>
                <w:b/>
                <w:sz w:val="26"/>
              </w:rPr>
              <w:t>Skall-</w:t>
            </w:r>
            <w:proofErr w:type="spellStart"/>
            <w:r>
              <w:rPr>
                <w:b/>
                <w:sz w:val="26"/>
              </w:rPr>
              <w:t>krav</w:t>
            </w:r>
            <w:proofErr w:type="spellEnd"/>
          </w:p>
        </w:tc>
      </w:tr>
    </w:tbl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222634" w:rsidRPr="00FA26D1" w14:paraId="5B117531" w14:textId="77777777">
        <w:tc>
          <w:tcPr>
            <w:tcW w:w="1031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41316A" w14:textId="0FAA563E" w:rsidR="00222634" w:rsidRPr="00FA26D1" w:rsidRDefault="00295C38" w:rsidP="00FA26D1">
            <w:pPr>
              <w:rPr>
                <w:lang w:val="sv-SE"/>
              </w:rPr>
            </w:pPr>
            <w:r w:rsidRPr="00295C38">
              <w:rPr>
                <w:b/>
                <w:lang w:val="sv-SE"/>
              </w:rPr>
              <w:t>Arbetsmiljö: Erfarenhet av att bedriva systematiskt arbetsmiljöarbete inom ramen för delegerade arbetsmiljöuppgifter.</w:t>
            </w:r>
          </w:p>
        </w:tc>
      </w:tr>
      <w:tr w:rsidR="00222634" w:rsidRPr="00FA26D1" w14:paraId="4085F119" w14:textId="77777777">
        <w:tc>
          <w:tcPr>
            <w:tcW w:w="1031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C9AFCB" w14:textId="77777777" w:rsidR="00222634" w:rsidRPr="00FA26D1" w:rsidRDefault="00000000">
            <w:pPr>
              <w:rPr>
                <w:lang w:val="sv-SE"/>
              </w:rPr>
            </w:pPr>
            <w:r w:rsidRPr="00FA26D1">
              <w:rPr>
                <w:i/>
                <w:sz w:val="18"/>
                <w:lang w:val="sv-SE"/>
              </w:rPr>
              <w:t>Redogör här för hur kravet uppfylls.</w:t>
            </w:r>
          </w:p>
          <w:p w14:paraId="1F69D42B" w14:textId="77777777" w:rsidR="00222634" w:rsidRPr="00FA26D1" w:rsidRDefault="00000000">
            <w:pPr>
              <w:rPr>
                <w:lang w:val="sv-SE"/>
              </w:rPr>
            </w:pPr>
            <w:r w:rsidRPr="00FA26D1">
              <w:rPr>
                <w:lang w:val="sv-SE"/>
              </w:rPr>
              <w:t xml:space="preserve"> </w:t>
            </w:r>
          </w:p>
          <w:p w14:paraId="39FD2BCC" w14:textId="6F4D8F1E" w:rsidR="00222634" w:rsidRPr="00FA26D1" w:rsidRDefault="00000000">
            <w:pPr>
              <w:rPr>
                <w:lang w:val="sv-SE"/>
              </w:rPr>
            </w:pPr>
            <w:r w:rsidRPr="00FA26D1">
              <w:rPr>
                <w:lang w:val="sv-SE"/>
              </w:rPr>
              <w:t xml:space="preserve"> </w:t>
            </w:r>
          </w:p>
        </w:tc>
      </w:tr>
    </w:tbl>
    <w:p w14:paraId="6D7F2A90" w14:textId="77777777" w:rsidR="00222634" w:rsidRPr="00FA26D1" w:rsidRDefault="00222634">
      <w:pPr>
        <w:spacing w:after="20"/>
        <w:rPr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222634" w:rsidRPr="00FA26D1" w14:paraId="49CA3464" w14:textId="77777777">
        <w:tc>
          <w:tcPr>
            <w:tcW w:w="1031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90D863" w14:textId="36250FAD" w:rsidR="00222634" w:rsidRPr="00FA26D1" w:rsidRDefault="00295C38" w:rsidP="00FA26D1">
            <w:pPr>
              <w:rPr>
                <w:b/>
                <w:lang w:val="sv-SE"/>
              </w:rPr>
            </w:pPr>
            <w:r w:rsidRPr="00295C38">
              <w:rPr>
                <w:b/>
                <w:lang w:val="sv-SE"/>
              </w:rPr>
              <w:t>Operativt ledarskap: Erfarenhet av att leda och fördela arbete för processoperatörer samt säkerställa efterlevnad av rutiner och instruktioner.</w:t>
            </w:r>
          </w:p>
        </w:tc>
      </w:tr>
      <w:tr w:rsidR="00222634" w:rsidRPr="00FA26D1" w14:paraId="3EB2E5BD" w14:textId="77777777">
        <w:tc>
          <w:tcPr>
            <w:tcW w:w="1031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48C5C7" w14:textId="77777777" w:rsidR="00222634" w:rsidRPr="00FA26D1" w:rsidRDefault="00000000">
            <w:pPr>
              <w:rPr>
                <w:lang w:val="sv-SE"/>
              </w:rPr>
            </w:pPr>
            <w:r w:rsidRPr="00FA26D1">
              <w:rPr>
                <w:i/>
                <w:sz w:val="18"/>
                <w:lang w:val="sv-SE"/>
              </w:rPr>
              <w:t>Redogör här för hur kravet uppfylls.</w:t>
            </w:r>
          </w:p>
          <w:p w14:paraId="1BD86140" w14:textId="77777777" w:rsidR="00222634" w:rsidRPr="00FA26D1" w:rsidRDefault="00000000">
            <w:pPr>
              <w:rPr>
                <w:lang w:val="sv-SE"/>
              </w:rPr>
            </w:pPr>
            <w:r w:rsidRPr="00FA26D1">
              <w:rPr>
                <w:lang w:val="sv-SE"/>
              </w:rPr>
              <w:t xml:space="preserve"> </w:t>
            </w:r>
          </w:p>
          <w:p w14:paraId="571794C3" w14:textId="77777777" w:rsidR="00222634" w:rsidRPr="00FA26D1" w:rsidRDefault="00000000">
            <w:pPr>
              <w:rPr>
                <w:lang w:val="sv-SE"/>
              </w:rPr>
            </w:pPr>
            <w:r w:rsidRPr="00FA26D1">
              <w:rPr>
                <w:lang w:val="sv-SE"/>
              </w:rPr>
              <w:t xml:space="preserve"> </w:t>
            </w:r>
          </w:p>
        </w:tc>
      </w:tr>
    </w:tbl>
    <w:p w14:paraId="702468E3" w14:textId="77777777" w:rsidR="00222634" w:rsidRPr="00FA26D1" w:rsidRDefault="00222634">
      <w:pPr>
        <w:spacing w:after="20"/>
        <w:rPr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222634" w:rsidRPr="00FA26D1" w14:paraId="77B855E7" w14:textId="77777777">
        <w:tc>
          <w:tcPr>
            <w:tcW w:w="1031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D8B584" w14:textId="54523560" w:rsidR="00222634" w:rsidRPr="00FA26D1" w:rsidRDefault="00295C38">
            <w:pPr>
              <w:rPr>
                <w:lang w:val="sv-SE"/>
              </w:rPr>
            </w:pPr>
            <w:r w:rsidRPr="00295C38">
              <w:rPr>
                <w:b/>
                <w:lang w:val="sv-SE"/>
              </w:rPr>
              <w:t>Rutiner och dokumentation: Erfarenhet av att ta fram och dokumentera nya rutiner och instruktioner.</w:t>
            </w:r>
          </w:p>
        </w:tc>
      </w:tr>
      <w:tr w:rsidR="00222634" w:rsidRPr="00FA26D1" w14:paraId="3CFBA39D" w14:textId="77777777">
        <w:tc>
          <w:tcPr>
            <w:tcW w:w="1031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C46DA9" w14:textId="77777777" w:rsidR="00222634" w:rsidRPr="00FA26D1" w:rsidRDefault="00000000">
            <w:pPr>
              <w:rPr>
                <w:lang w:val="sv-SE"/>
              </w:rPr>
            </w:pPr>
            <w:r w:rsidRPr="00FA26D1">
              <w:rPr>
                <w:i/>
                <w:sz w:val="18"/>
                <w:lang w:val="sv-SE"/>
              </w:rPr>
              <w:t>Redogör här för hur kravet uppfylls.</w:t>
            </w:r>
          </w:p>
          <w:p w14:paraId="0BAFD838" w14:textId="77777777" w:rsidR="00222634" w:rsidRPr="00FA26D1" w:rsidRDefault="00000000">
            <w:pPr>
              <w:rPr>
                <w:lang w:val="sv-SE"/>
              </w:rPr>
            </w:pPr>
            <w:r w:rsidRPr="00FA26D1">
              <w:rPr>
                <w:lang w:val="sv-SE"/>
              </w:rPr>
              <w:t xml:space="preserve"> </w:t>
            </w:r>
          </w:p>
          <w:p w14:paraId="74069E81" w14:textId="77777777" w:rsidR="00222634" w:rsidRPr="00FA26D1" w:rsidRDefault="00000000">
            <w:pPr>
              <w:rPr>
                <w:lang w:val="sv-SE"/>
              </w:rPr>
            </w:pPr>
            <w:r w:rsidRPr="00FA26D1">
              <w:rPr>
                <w:lang w:val="sv-SE"/>
              </w:rPr>
              <w:t xml:space="preserve"> </w:t>
            </w:r>
          </w:p>
        </w:tc>
      </w:tr>
    </w:tbl>
    <w:p w14:paraId="1CC0957B" w14:textId="77777777" w:rsidR="00222634" w:rsidRPr="00FA26D1" w:rsidRDefault="00222634">
      <w:pPr>
        <w:spacing w:after="20"/>
        <w:rPr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222634" w:rsidRPr="00FA26D1" w14:paraId="007EEF40" w14:textId="77777777">
        <w:tc>
          <w:tcPr>
            <w:tcW w:w="1031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334230" w14:textId="42BC569E" w:rsidR="00222634" w:rsidRPr="00FA26D1" w:rsidRDefault="00295C38">
            <w:pPr>
              <w:rPr>
                <w:lang w:val="sv-SE"/>
              </w:rPr>
            </w:pPr>
            <w:r w:rsidRPr="00295C38">
              <w:rPr>
                <w:b/>
                <w:lang w:val="sv-SE"/>
              </w:rPr>
              <w:t>Utbildning och handledning: Förmåga och erfarenhet av att utbilda samt handleda nya processoperatörer.</w:t>
            </w:r>
          </w:p>
        </w:tc>
      </w:tr>
      <w:tr w:rsidR="00222634" w:rsidRPr="00FA26D1" w14:paraId="7C891453" w14:textId="77777777">
        <w:tc>
          <w:tcPr>
            <w:tcW w:w="1031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AD2C7D" w14:textId="77777777" w:rsidR="00222634" w:rsidRPr="00FA26D1" w:rsidRDefault="00000000">
            <w:pPr>
              <w:rPr>
                <w:lang w:val="sv-SE"/>
              </w:rPr>
            </w:pPr>
            <w:r w:rsidRPr="00FA26D1">
              <w:rPr>
                <w:i/>
                <w:sz w:val="18"/>
                <w:lang w:val="sv-SE"/>
              </w:rPr>
              <w:t>Redogör här för hur kravet uppfylls.</w:t>
            </w:r>
          </w:p>
          <w:p w14:paraId="2E9080C4" w14:textId="77777777" w:rsidR="00222634" w:rsidRPr="00FA26D1" w:rsidRDefault="00000000">
            <w:pPr>
              <w:rPr>
                <w:lang w:val="sv-SE"/>
              </w:rPr>
            </w:pPr>
            <w:r w:rsidRPr="00FA26D1">
              <w:rPr>
                <w:lang w:val="sv-SE"/>
              </w:rPr>
              <w:t xml:space="preserve"> </w:t>
            </w:r>
          </w:p>
          <w:p w14:paraId="78A8BDDF" w14:textId="77777777" w:rsidR="00222634" w:rsidRPr="00FA26D1" w:rsidRDefault="00000000">
            <w:pPr>
              <w:rPr>
                <w:lang w:val="sv-SE"/>
              </w:rPr>
            </w:pPr>
            <w:r w:rsidRPr="00FA26D1">
              <w:rPr>
                <w:lang w:val="sv-SE"/>
              </w:rPr>
              <w:t xml:space="preserve"> </w:t>
            </w:r>
          </w:p>
        </w:tc>
      </w:tr>
    </w:tbl>
    <w:p w14:paraId="31DDA392" w14:textId="77777777" w:rsidR="00222634" w:rsidRPr="00FA26D1" w:rsidRDefault="00222634">
      <w:pPr>
        <w:spacing w:after="20"/>
        <w:rPr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FA26D1" w:rsidRPr="00FA26D1" w14:paraId="17ED6778" w14:textId="77777777" w:rsidTr="00313CA8">
        <w:tc>
          <w:tcPr>
            <w:tcW w:w="1031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4089A6" w14:textId="231F6C96" w:rsidR="00FA26D1" w:rsidRPr="00FA26D1" w:rsidRDefault="00295C38" w:rsidP="00313CA8">
            <w:pPr>
              <w:rPr>
                <w:lang w:val="sv-SE"/>
              </w:rPr>
            </w:pPr>
            <w:r w:rsidRPr="00295C38">
              <w:rPr>
                <w:b/>
                <w:lang w:val="sv-SE"/>
              </w:rPr>
              <w:t>Avvikelsehantering: Erfarenhet av att säkerställa att åtgärder vidtas vid avvikelser gällande produktivitet och kvalitet.</w:t>
            </w:r>
          </w:p>
        </w:tc>
      </w:tr>
      <w:tr w:rsidR="00FA26D1" w:rsidRPr="00FA26D1" w14:paraId="77F7264D" w14:textId="77777777" w:rsidTr="00313CA8">
        <w:tc>
          <w:tcPr>
            <w:tcW w:w="1031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A728FC" w14:textId="77777777" w:rsidR="00FA26D1" w:rsidRPr="00FA26D1" w:rsidRDefault="00FA26D1" w:rsidP="00313CA8">
            <w:pPr>
              <w:rPr>
                <w:lang w:val="sv-SE"/>
              </w:rPr>
            </w:pPr>
            <w:r w:rsidRPr="00FA26D1">
              <w:rPr>
                <w:i/>
                <w:sz w:val="18"/>
                <w:lang w:val="sv-SE"/>
              </w:rPr>
              <w:t>Redogör här för hur kravet uppfylls.</w:t>
            </w:r>
          </w:p>
          <w:p w14:paraId="6CDBFC79" w14:textId="77777777" w:rsidR="00FA26D1" w:rsidRPr="00FA26D1" w:rsidRDefault="00FA26D1" w:rsidP="00313CA8">
            <w:pPr>
              <w:rPr>
                <w:lang w:val="sv-SE"/>
              </w:rPr>
            </w:pPr>
            <w:r w:rsidRPr="00FA26D1">
              <w:rPr>
                <w:lang w:val="sv-SE"/>
              </w:rPr>
              <w:t xml:space="preserve"> </w:t>
            </w:r>
          </w:p>
          <w:p w14:paraId="4E719F40" w14:textId="77777777" w:rsidR="00FA26D1" w:rsidRPr="00FA26D1" w:rsidRDefault="00FA26D1" w:rsidP="00313CA8">
            <w:pPr>
              <w:rPr>
                <w:lang w:val="sv-SE"/>
              </w:rPr>
            </w:pPr>
            <w:r w:rsidRPr="00FA26D1">
              <w:rPr>
                <w:lang w:val="sv-SE"/>
              </w:rPr>
              <w:t xml:space="preserve"> </w:t>
            </w:r>
          </w:p>
        </w:tc>
      </w:tr>
    </w:tbl>
    <w:p w14:paraId="69A58AB6" w14:textId="77777777" w:rsidR="00222634" w:rsidRDefault="00222634">
      <w:pPr>
        <w:spacing w:after="20"/>
        <w:rPr>
          <w:lang w:val="sv-SE"/>
        </w:rPr>
      </w:pPr>
    </w:p>
    <w:p w14:paraId="2F4084F9" w14:textId="77777777" w:rsidR="00FA26D1" w:rsidRDefault="00FA26D1">
      <w:pPr>
        <w:spacing w:after="20"/>
        <w:rPr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FA26D1" w:rsidRPr="00FA26D1" w14:paraId="141B4E9B" w14:textId="77777777" w:rsidTr="00313CA8">
        <w:tc>
          <w:tcPr>
            <w:tcW w:w="1031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0CF4E2" w14:textId="509155D3" w:rsidR="00FA26D1" w:rsidRPr="00FA26D1" w:rsidRDefault="00295C38" w:rsidP="00313CA8">
            <w:pPr>
              <w:rPr>
                <w:lang w:val="sv-SE"/>
              </w:rPr>
            </w:pPr>
            <w:r w:rsidRPr="00295C38">
              <w:rPr>
                <w:b/>
                <w:lang w:val="sv-SE"/>
              </w:rPr>
              <w:lastRenderedPageBreak/>
              <w:t>Underhållsplanering: Erfarenhet av att delta i planering av anläggningsunderhåll.</w:t>
            </w:r>
          </w:p>
        </w:tc>
      </w:tr>
      <w:tr w:rsidR="00FA26D1" w:rsidRPr="00FA26D1" w14:paraId="7F7575B6" w14:textId="77777777" w:rsidTr="00313CA8">
        <w:tc>
          <w:tcPr>
            <w:tcW w:w="1031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A3553D" w14:textId="77777777" w:rsidR="00FA26D1" w:rsidRPr="00FA26D1" w:rsidRDefault="00FA26D1" w:rsidP="00313CA8">
            <w:pPr>
              <w:rPr>
                <w:lang w:val="sv-SE"/>
              </w:rPr>
            </w:pPr>
            <w:r w:rsidRPr="00FA26D1">
              <w:rPr>
                <w:i/>
                <w:sz w:val="18"/>
                <w:lang w:val="sv-SE"/>
              </w:rPr>
              <w:t>Redogör här för hur kravet uppfylls.</w:t>
            </w:r>
          </w:p>
          <w:p w14:paraId="730A098E" w14:textId="77777777" w:rsidR="00FA26D1" w:rsidRPr="00FA26D1" w:rsidRDefault="00FA26D1" w:rsidP="00313CA8">
            <w:pPr>
              <w:rPr>
                <w:lang w:val="sv-SE"/>
              </w:rPr>
            </w:pPr>
            <w:r w:rsidRPr="00FA26D1">
              <w:rPr>
                <w:lang w:val="sv-SE"/>
              </w:rPr>
              <w:t xml:space="preserve"> </w:t>
            </w:r>
          </w:p>
          <w:p w14:paraId="631D8B4A" w14:textId="77777777" w:rsidR="00FA26D1" w:rsidRPr="00FA26D1" w:rsidRDefault="00FA26D1" w:rsidP="00313CA8">
            <w:pPr>
              <w:rPr>
                <w:lang w:val="sv-SE"/>
              </w:rPr>
            </w:pPr>
            <w:r w:rsidRPr="00FA26D1">
              <w:rPr>
                <w:lang w:val="sv-SE"/>
              </w:rPr>
              <w:t xml:space="preserve"> </w:t>
            </w:r>
          </w:p>
        </w:tc>
      </w:tr>
    </w:tbl>
    <w:p w14:paraId="63CF701D" w14:textId="77777777" w:rsidR="00FA26D1" w:rsidRDefault="00FA26D1">
      <w:pPr>
        <w:spacing w:after="20"/>
        <w:rPr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FA26D1" w:rsidRPr="00FA26D1" w14:paraId="42962C48" w14:textId="77777777" w:rsidTr="00313CA8">
        <w:tc>
          <w:tcPr>
            <w:tcW w:w="1031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DC903C" w14:textId="3264FE18" w:rsidR="00FA26D1" w:rsidRPr="00F102DF" w:rsidRDefault="00295C38" w:rsidP="00F102DF">
            <w:pPr>
              <w:rPr>
                <w:b/>
                <w:lang w:val="sv-SE"/>
              </w:rPr>
            </w:pPr>
            <w:r w:rsidRPr="00295C38">
              <w:rPr>
                <w:b/>
                <w:lang w:val="sv-SE"/>
              </w:rPr>
              <w:t>Uppföljning och underlag: Erfarenhet av att ta fram underlag för uppföljning av anläggning</w:t>
            </w:r>
            <w:r w:rsidR="002019B8">
              <w:rPr>
                <w:b/>
                <w:lang w:val="sv-SE"/>
              </w:rPr>
              <w:t>s</w:t>
            </w:r>
            <w:r w:rsidRPr="00295C38">
              <w:rPr>
                <w:b/>
                <w:lang w:val="sv-SE"/>
              </w:rPr>
              <w:t xml:space="preserve">processer samt rapportering till </w:t>
            </w:r>
            <w:r w:rsidR="002019B8">
              <w:rPr>
                <w:b/>
                <w:lang w:val="sv-SE"/>
              </w:rPr>
              <w:t xml:space="preserve">ett </w:t>
            </w:r>
            <w:r w:rsidRPr="00295C38">
              <w:rPr>
                <w:b/>
                <w:lang w:val="sv-SE"/>
              </w:rPr>
              <w:t>företaget stödfunktioner.</w:t>
            </w:r>
          </w:p>
        </w:tc>
      </w:tr>
      <w:tr w:rsidR="00FA26D1" w:rsidRPr="00FA26D1" w14:paraId="0FB168CE" w14:textId="77777777" w:rsidTr="00313CA8">
        <w:tc>
          <w:tcPr>
            <w:tcW w:w="1031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2DA1DF" w14:textId="77777777" w:rsidR="00FA26D1" w:rsidRPr="00FA26D1" w:rsidRDefault="00FA26D1" w:rsidP="00313CA8">
            <w:pPr>
              <w:rPr>
                <w:lang w:val="sv-SE"/>
              </w:rPr>
            </w:pPr>
            <w:r w:rsidRPr="00FA26D1">
              <w:rPr>
                <w:i/>
                <w:sz w:val="18"/>
                <w:lang w:val="sv-SE"/>
              </w:rPr>
              <w:t>Redogör här för hur kravet uppfylls.</w:t>
            </w:r>
          </w:p>
          <w:p w14:paraId="6FA7A813" w14:textId="77777777" w:rsidR="00FA26D1" w:rsidRPr="00FA26D1" w:rsidRDefault="00FA26D1" w:rsidP="00313CA8">
            <w:pPr>
              <w:rPr>
                <w:lang w:val="sv-SE"/>
              </w:rPr>
            </w:pPr>
            <w:r w:rsidRPr="00FA26D1">
              <w:rPr>
                <w:lang w:val="sv-SE"/>
              </w:rPr>
              <w:t xml:space="preserve"> </w:t>
            </w:r>
          </w:p>
          <w:p w14:paraId="0DE7C65C" w14:textId="77777777" w:rsidR="00FA26D1" w:rsidRPr="00FA26D1" w:rsidRDefault="00FA26D1" w:rsidP="00313CA8">
            <w:pPr>
              <w:rPr>
                <w:lang w:val="sv-SE"/>
              </w:rPr>
            </w:pPr>
            <w:r w:rsidRPr="00FA26D1">
              <w:rPr>
                <w:lang w:val="sv-SE"/>
              </w:rPr>
              <w:t xml:space="preserve"> </w:t>
            </w:r>
          </w:p>
        </w:tc>
      </w:tr>
    </w:tbl>
    <w:p w14:paraId="1507AF4B" w14:textId="77777777" w:rsidR="00FA26D1" w:rsidRDefault="00FA26D1">
      <w:pPr>
        <w:spacing w:after="20"/>
        <w:rPr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FA26D1" w:rsidRPr="00FA26D1" w14:paraId="4205FE2E" w14:textId="77777777" w:rsidTr="00313CA8">
        <w:tc>
          <w:tcPr>
            <w:tcW w:w="1031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A278EE" w14:textId="2EC9A71F" w:rsidR="00FA26D1" w:rsidRPr="00F102DF" w:rsidRDefault="00295C38" w:rsidP="00F102DF">
            <w:pPr>
              <w:rPr>
                <w:b/>
                <w:lang w:val="sv-SE"/>
              </w:rPr>
            </w:pPr>
            <w:r w:rsidRPr="00295C38">
              <w:rPr>
                <w:b/>
                <w:lang w:val="sv-SE"/>
              </w:rPr>
              <w:t>Strategiskt förbättringsarbete: Erfarenhet av att delta i strategiskt förbättringsarbete för att optimera sektionsrelevanta processer.</w:t>
            </w:r>
          </w:p>
        </w:tc>
      </w:tr>
      <w:tr w:rsidR="00FA26D1" w:rsidRPr="00FA26D1" w14:paraId="7C451218" w14:textId="77777777" w:rsidTr="00313CA8">
        <w:tc>
          <w:tcPr>
            <w:tcW w:w="1031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F4FBA1" w14:textId="77777777" w:rsidR="00FA26D1" w:rsidRPr="00FA26D1" w:rsidRDefault="00FA26D1" w:rsidP="00313CA8">
            <w:pPr>
              <w:rPr>
                <w:lang w:val="sv-SE"/>
              </w:rPr>
            </w:pPr>
            <w:r w:rsidRPr="00FA26D1">
              <w:rPr>
                <w:i/>
                <w:sz w:val="18"/>
                <w:lang w:val="sv-SE"/>
              </w:rPr>
              <w:t>Redogör här för hur kravet uppfylls.</w:t>
            </w:r>
          </w:p>
          <w:p w14:paraId="23665649" w14:textId="77777777" w:rsidR="00FA26D1" w:rsidRPr="00FA26D1" w:rsidRDefault="00FA26D1" w:rsidP="00313CA8">
            <w:pPr>
              <w:rPr>
                <w:lang w:val="sv-SE"/>
              </w:rPr>
            </w:pPr>
            <w:r w:rsidRPr="00FA26D1">
              <w:rPr>
                <w:lang w:val="sv-SE"/>
              </w:rPr>
              <w:t xml:space="preserve"> </w:t>
            </w:r>
          </w:p>
          <w:p w14:paraId="2808FFAB" w14:textId="77777777" w:rsidR="00FA26D1" w:rsidRPr="00FA26D1" w:rsidRDefault="00FA26D1" w:rsidP="00313CA8">
            <w:pPr>
              <w:rPr>
                <w:lang w:val="sv-SE"/>
              </w:rPr>
            </w:pPr>
            <w:r w:rsidRPr="00FA26D1">
              <w:rPr>
                <w:lang w:val="sv-SE"/>
              </w:rPr>
              <w:t xml:space="preserve"> </w:t>
            </w:r>
          </w:p>
        </w:tc>
      </w:tr>
    </w:tbl>
    <w:p w14:paraId="49BE5A7E" w14:textId="77777777" w:rsidR="00FA26D1" w:rsidRDefault="00FA26D1">
      <w:pPr>
        <w:spacing w:after="20"/>
        <w:rPr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FA26D1" w:rsidRPr="00FA26D1" w14:paraId="01FB7BE2" w14:textId="77777777" w:rsidTr="00313CA8">
        <w:tc>
          <w:tcPr>
            <w:tcW w:w="1031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B11EE9" w14:textId="704A111A" w:rsidR="00FA26D1" w:rsidRPr="00FA26D1" w:rsidRDefault="00295C38" w:rsidP="00313CA8">
            <w:pPr>
              <w:rPr>
                <w:lang w:val="sv-SE"/>
              </w:rPr>
            </w:pPr>
            <w:r w:rsidRPr="00295C38">
              <w:rPr>
                <w:b/>
                <w:lang w:val="sv-SE"/>
              </w:rPr>
              <w:t>Löneöversyn: Erfarenhet av att genomföra löneöversyn enligt fastställd rutin.</w:t>
            </w:r>
          </w:p>
        </w:tc>
      </w:tr>
      <w:tr w:rsidR="00FA26D1" w:rsidRPr="00FA26D1" w14:paraId="168992B7" w14:textId="77777777" w:rsidTr="00313CA8">
        <w:tc>
          <w:tcPr>
            <w:tcW w:w="1031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CC3929" w14:textId="77777777" w:rsidR="00FA26D1" w:rsidRPr="00FA26D1" w:rsidRDefault="00FA26D1" w:rsidP="00313CA8">
            <w:pPr>
              <w:rPr>
                <w:lang w:val="sv-SE"/>
              </w:rPr>
            </w:pPr>
            <w:r w:rsidRPr="00FA26D1">
              <w:rPr>
                <w:i/>
                <w:sz w:val="18"/>
                <w:lang w:val="sv-SE"/>
              </w:rPr>
              <w:t>Redogör här för hur kravet uppfylls.</w:t>
            </w:r>
          </w:p>
          <w:p w14:paraId="60B9AC3E" w14:textId="77777777" w:rsidR="00FA26D1" w:rsidRPr="00FA26D1" w:rsidRDefault="00FA26D1" w:rsidP="00313CA8">
            <w:pPr>
              <w:rPr>
                <w:lang w:val="sv-SE"/>
              </w:rPr>
            </w:pPr>
            <w:r w:rsidRPr="00FA26D1">
              <w:rPr>
                <w:lang w:val="sv-SE"/>
              </w:rPr>
              <w:t xml:space="preserve"> </w:t>
            </w:r>
          </w:p>
          <w:p w14:paraId="4E11A8E7" w14:textId="77777777" w:rsidR="00FA26D1" w:rsidRPr="00FA26D1" w:rsidRDefault="00FA26D1" w:rsidP="00313CA8">
            <w:pPr>
              <w:rPr>
                <w:lang w:val="sv-SE"/>
              </w:rPr>
            </w:pPr>
            <w:r w:rsidRPr="00FA26D1">
              <w:rPr>
                <w:lang w:val="sv-SE"/>
              </w:rPr>
              <w:t xml:space="preserve"> </w:t>
            </w:r>
          </w:p>
        </w:tc>
      </w:tr>
    </w:tbl>
    <w:p w14:paraId="29840DF2" w14:textId="77777777" w:rsidR="00222634" w:rsidRDefault="00222634"/>
    <w:p w14:paraId="52398197" w14:textId="77777777" w:rsidR="00817F33" w:rsidRDefault="00817F33"/>
    <w:sectPr w:rsidR="00817F33" w:rsidSect="00034616">
      <w:headerReference w:type="default" r:id="rId8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4A35B" w14:textId="77777777" w:rsidR="00A90792" w:rsidRDefault="00A90792" w:rsidP="00E31799">
      <w:pPr>
        <w:spacing w:after="0" w:line="240" w:lineRule="auto"/>
      </w:pPr>
      <w:r>
        <w:separator/>
      </w:r>
    </w:p>
  </w:endnote>
  <w:endnote w:type="continuationSeparator" w:id="0">
    <w:p w14:paraId="172E25A4" w14:textId="77777777" w:rsidR="00A90792" w:rsidRDefault="00A90792" w:rsidP="00E31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264D2" w14:textId="77777777" w:rsidR="00A90792" w:rsidRDefault="00A90792" w:rsidP="00E31799">
      <w:pPr>
        <w:spacing w:after="0" w:line="240" w:lineRule="auto"/>
      </w:pPr>
      <w:r>
        <w:separator/>
      </w:r>
    </w:p>
  </w:footnote>
  <w:footnote w:type="continuationSeparator" w:id="0">
    <w:p w14:paraId="01DACE30" w14:textId="77777777" w:rsidR="00A90792" w:rsidRDefault="00A90792" w:rsidP="00E31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F84DB" w14:textId="7DAC751C" w:rsidR="00E31799" w:rsidRPr="00E31799" w:rsidRDefault="00E31799" w:rsidP="00E31799">
    <w:pPr>
      <w:pStyle w:val="Sidhuvu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C159C12" wp14:editId="08B1341C">
          <wp:simplePos x="0" y="0"/>
          <wp:positionH relativeFrom="column">
            <wp:posOffset>5542060</wp:posOffset>
          </wp:positionH>
          <wp:positionV relativeFrom="paragraph">
            <wp:posOffset>-353999</wp:posOffset>
          </wp:positionV>
          <wp:extent cx="1476375" cy="434340"/>
          <wp:effectExtent l="0" t="0" r="9525" b="3810"/>
          <wp:wrapNone/>
          <wp:docPr id="442439447" name="Bildobjekt 1" descr="En bild som visar Grafik, Teckensnitt, logotyp, violet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2439447" name="Bildobjekt 1" descr="En bild som visar Grafik, Teckensnitt, logotyp, violett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2441168">
    <w:abstractNumId w:val="8"/>
  </w:num>
  <w:num w:numId="2" w16cid:durableId="225917746">
    <w:abstractNumId w:val="6"/>
  </w:num>
  <w:num w:numId="3" w16cid:durableId="1908609268">
    <w:abstractNumId w:val="5"/>
  </w:num>
  <w:num w:numId="4" w16cid:durableId="238174132">
    <w:abstractNumId w:val="4"/>
  </w:num>
  <w:num w:numId="5" w16cid:durableId="1804537080">
    <w:abstractNumId w:val="7"/>
  </w:num>
  <w:num w:numId="6" w16cid:durableId="593780646">
    <w:abstractNumId w:val="3"/>
  </w:num>
  <w:num w:numId="7" w16cid:durableId="1290476496">
    <w:abstractNumId w:val="2"/>
  </w:num>
  <w:num w:numId="8" w16cid:durableId="28074897">
    <w:abstractNumId w:val="1"/>
  </w:num>
  <w:num w:numId="9" w16cid:durableId="739838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6716"/>
    <w:rsid w:val="001D4E97"/>
    <w:rsid w:val="002019B8"/>
    <w:rsid w:val="00222634"/>
    <w:rsid w:val="00295C38"/>
    <w:rsid w:val="0029639D"/>
    <w:rsid w:val="00326F90"/>
    <w:rsid w:val="003B49E2"/>
    <w:rsid w:val="00427813"/>
    <w:rsid w:val="00430F65"/>
    <w:rsid w:val="00434043"/>
    <w:rsid w:val="006426AB"/>
    <w:rsid w:val="006E02DE"/>
    <w:rsid w:val="00774876"/>
    <w:rsid w:val="00817F33"/>
    <w:rsid w:val="008C055C"/>
    <w:rsid w:val="009459F9"/>
    <w:rsid w:val="009C7B65"/>
    <w:rsid w:val="00A741B4"/>
    <w:rsid w:val="00A90792"/>
    <w:rsid w:val="00AA1D8D"/>
    <w:rsid w:val="00B22E78"/>
    <w:rsid w:val="00B47730"/>
    <w:rsid w:val="00BB3D93"/>
    <w:rsid w:val="00CB0664"/>
    <w:rsid w:val="00DC3FCC"/>
    <w:rsid w:val="00E31799"/>
    <w:rsid w:val="00F102DF"/>
    <w:rsid w:val="00F815FB"/>
    <w:rsid w:val="00FA26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B9CF6E"/>
  <w14:defaultImageDpi w14:val="300"/>
  <w15:docId w15:val="{D0E8196B-1B3F-4CD3-ADF6-BD82F9B0B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6D1"/>
    <w:rPr>
      <w:rFonts w:ascii="Aptos" w:hAnsi="Aptos"/>
      <w:sz w:val="21"/>
    </w:rPr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259</Words>
  <Characters>1375</Characters>
  <Application>Microsoft Office Word</Application>
  <DocSecurity>0</DocSecurity>
  <Lines>11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Frida Fontell</cp:lastModifiedBy>
  <cp:revision>3</cp:revision>
  <dcterms:created xsi:type="dcterms:W3CDTF">2026-10-07T09:06:00Z</dcterms:created>
  <dcterms:modified xsi:type="dcterms:W3CDTF">2026-10-07T09:14:00Z</dcterms:modified>
  <cp:category/>
</cp:coreProperties>
</file>