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6E20" w14:textId="04F5B09E" w:rsidR="00222634" w:rsidRDefault="00000000">
      <w:pPr>
        <w:spacing w:after="40"/>
        <w:jc w:val="center"/>
      </w:pPr>
      <w:proofErr w:type="spellStart"/>
      <w:r>
        <w:rPr>
          <w:b/>
          <w:sz w:val="36"/>
        </w:rPr>
        <w:t>Offert</w:t>
      </w:r>
      <w:proofErr w:type="spellEnd"/>
      <w:r>
        <w:rPr>
          <w:b/>
          <w:sz w:val="36"/>
        </w:rPr>
        <w:t xml:space="preserve"> – </w:t>
      </w:r>
      <w:proofErr w:type="spellStart"/>
      <w:r w:rsidR="00127085" w:rsidRPr="00127085">
        <w:rPr>
          <w:b/>
          <w:sz w:val="36"/>
        </w:rPr>
        <w:t>Sigtuna</w:t>
      </w:r>
      <w:proofErr w:type="spellEnd"/>
      <w:r w:rsidR="00127085" w:rsidRPr="00127085">
        <w:rPr>
          <w:b/>
          <w:sz w:val="36"/>
        </w:rPr>
        <w:t xml:space="preserve"> </w:t>
      </w:r>
      <w:proofErr w:type="spellStart"/>
      <w:r w:rsidR="00127085" w:rsidRPr="00127085">
        <w:rPr>
          <w:b/>
          <w:sz w:val="36"/>
        </w:rPr>
        <w:t>kommun</w:t>
      </w:r>
      <w:proofErr w:type="spellEnd"/>
    </w:p>
    <w:p w14:paraId="255CA86E" w14:textId="2EAD1A66" w:rsidR="00222634" w:rsidRPr="00127085" w:rsidRDefault="00000000">
      <w:pPr>
        <w:spacing w:after="240"/>
        <w:jc w:val="center"/>
        <w:rPr>
          <w:lang w:val="sv-SE"/>
        </w:rPr>
      </w:pPr>
      <w:r w:rsidRPr="00127085">
        <w:rPr>
          <w:b/>
          <w:sz w:val="22"/>
          <w:lang w:val="sv-SE"/>
        </w:rPr>
        <w:t xml:space="preserve">Förfrågan: </w:t>
      </w:r>
      <w:proofErr w:type="spellStart"/>
      <w:r w:rsidR="00127085" w:rsidRPr="00127085">
        <w:rPr>
          <w:b/>
          <w:sz w:val="22"/>
          <w:lang w:val="sv-SE"/>
        </w:rPr>
        <w:t>Interimschef</w:t>
      </w:r>
      <w:proofErr w:type="spellEnd"/>
      <w:r w:rsidR="00127085" w:rsidRPr="00127085">
        <w:rPr>
          <w:b/>
          <w:sz w:val="22"/>
          <w:lang w:val="sv-SE"/>
        </w:rPr>
        <w:t xml:space="preserve"> till trygghet och säkerhetsenheten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5101"/>
        <w:gridCol w:w="4836"/>
      </w:tblGrid>
      <w:tr w:rsidR="00222634" w14:paraId="5C187027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63F87" w14:textId="77777777" w:rsidR="00222634" w:rsidRDefault="00000000">
            <w:proofErr w:type="spellStart"/>
            <w:r>
              <w:rPr>
                <w:b/>
              </w:rPr>
              <w:t>Bolag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00764" w14:textId="743926EB" w:rsidR="00222634" w:rsidRDefault="00000000">
            <w:r>
              <w:t xml:space="preserve"> </w:t>
            </w:r>
          </w:p>
        </w:tc>
      </w:tr>
      <w:tr w:rsidR="00222634" w14:paraId="5CA061FE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3666E" w14:textId="77777777" w:rsidR="00222634" w:rsidRDefault="00000000">
            <w:proofErr w:type="spellStart"/>
            <w:r>
              <w:rPr>
                <w:b/>
              </w:rPr>
              <w:t>Konsultnamn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D50C5" w14:textId="77777777" w:rsidR="00222634" w:rsidRDefault="00000000">
            <w:r>
              <w:t xml:space="preserve"> </w:t>
            </w:r>
          </w:p>
        </w:tc>
      </w:tr>
      <w:tr w:rsidR="00222634" w14:paraId="60B49456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DC319B" w14:textId="77777777" w:rsidR="00222634" w:rsidRDefault="00000000">
            <w:r>
              <w:rPr>
                <w:b/>
              </w:rPr>
              <w:t>Leverantörspris/h: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7C31B" w14:textId="77777777" w:rsidR="00222634" w:rsidRDefault="00000000">
            <w:r>
              <w:t xml:space="preserve"> </w:t>
            </w:r>
          </w:p>
        </w:tc>
      </w:tr>
      <w:tr w:rsidR="00222634" w14:paraId="43880DC1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B838F" w14:textId="77777777" w:rsidR="00222634" w:rsidRDefault="00000000">
            <w:proofErr w:type="spellStart"/>
            <w:r>
              <w:rPr>
                <w:b/>
              </w:rPr>
              <w:t>Tillgänglighet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E2B008" w14:textId="77777777" w:rsidR="00222634" w:rsidRDefault="00000000">
            <w:r>
              <w:t xml:space="preserve"> </w:t>
            </w:r>
          </w:p>
        </w:tc>
      </w:tr>
      <w:tr w:rsidR="00222634" w14:paraId="73EF5523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847FDA" w14:textId="77777777" w:rsidR="00222634" w:rsidRDefault="00000000">
            <w:r>
              <w:rPr>
                <w:b/>
              </w:rPr>
              <w:t>Pris/h (</w:t>
            </w:r>
            <w:proofErr w:type="spellStart"/>
            <w:r>
              <w:rPr>
                <w:b/>
              </w:rPr>
              <w:t>inklusive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Levigo</w:t>
            </w:r>
            <w:proofErr w:type="spellEnd"/>
            <w:r>
              <w:rPr>
                <w:b/>
              </w:rPr>
              <w:t>-marginal):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9A6C2" w14:textId="77777777" w:rsidR="00222634" w:rsidRDefault="00000000">
            <w:proofErr w:type="spellStart"/>
            <w:proofErr w:type="gramStart"/>
            <w:r>
              <w:rPr>
                <w:i/>
                <w:sz w:val="18"/>
              </w:rPr>
              <w:t>Fylls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i</w:t>
            </w:r>
            <w:proofErr w:type="spellEnd"/>
            <w:proofErr w:type="gramEnd"/>
            <w:r>
              <w:rPr>
                <w:i/>
                <w:sz w:val="18"/>
              </w:rPr>
              <w:t xml:space="preserve"> av </w:t>
            </w:r>
            <w:proofErr w:type="spellStart"/>
            <w:r>
              <w:rPr>
                <w:i/>
                <w:sz w:val="18"/>
              </w:rPr>
              <w:t>Levigo</w:t>
            </w:r>
            <w:proofErr w:type="spellEnd"/>
          </w:p>
        </w:tc>
      </w:tr>
    </w:tbl>
    <w:p w14:paraId="56A6AFED" w14:textId="77777777" w:rsidR="00222634" w:rsidRDefault="00222634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222634" w14:paraId="54AE2152" w14:textId="77777777" w:rsidTr="00E31799">
        <w:trPr>
          <w:trHeight w:val="328"/>
        </w:trPr>
        <w:tc>
          <w:tcPr>
            <w:tcW w:w="10356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7FE93" w14:textId="77777777" w:rsidR="00222634" w:rsidRDefault="00000000">
            <w:pPr>
              <w:spacing w:after="0"/>
            </w:pPr>
            <w:r>
              <w:rPr>
                <w:b/>
                <w:sz w:val="26"/>
              </w:rPr>
              <w:t>Skall-</w:t>
            </w:r>
            <w:proofErr w:type="spellStart"/>
            <w:r>
              <w:rPr>
                <w:b/>
                <w:sz w:val="26"/>
              </w:rPr>
              <w:t>krav</w:t>
            </w:r>
            <w:proofErr w:type="spellEnd"/>
          </w:p>
        </w:tc>
      </w:tr>
    </w:tbl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127085" w14:paraId="5B117531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1316A" w14:textId="2C199423" w:rsidR="00222634" w:rsidRPr="00127085" w:rsidRDefault="006426AB">
            <w:pPr>
              <w:rPr>
                <w:lang w:val="sv-SE"/>
              </w:rPr>
            </w:pPr>
            <w:r w:rsidRPr="00127085">
              <w:rPr>
                <w:b/>
                <w:lang w:val="sv-SE"/>
              </w:rPr>
              <w:t xml:space="preserve">Konsulten ska ha </w:t>
            </w:r>
            <w:r w:rsidR="00127085" w:rsidRPr="00127085">
              <w:rPr>
                <w:b/>
                <w:lang w:val="sv-SE"/>
              </w:rPr>
              <w:t>chefserfarenhet från kommunal verksamhet.</w:t>
            </w:r>
          </w:p>
        </w:tc>
      </w:tr>
      <w:tr w:rsidR="00222634" w:rsidRPr="00127085" w14:paraId="4085F119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9AFCB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1F69D42B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39FD2BCC" w14:textId="6F4D8F1E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6D7F2A90" w14:textId="77777777" w:rsidR="00222634" w:rsidRPr="00127085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127085" w14:paraId="49CA3464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0D863" w14:textId="7742C150" w:rsidR="00222634" w:rsidRPr="00127085" w:rsidRDefault="006426AB">
            <w:pPr>
              <w:rPr>
                <w:lang w:val="sv-SE"/>
              </w:rPr>
            </w:pPr>
            <w:r w:rsidRPr="00127085">
              <w:rPr>
                <w:b/>
                <w:lang w:val="sv-SE"/>
              </w:rPr>
              <w:t xml:space="preserve">Konsulten ska </w:t>
            </w:r>
            <w:r w:rsidR="00127085">
              <w:rPr>
                <w:b/>
                <w:lang w:val="sv-SE"/>
              </w:rPr>
              <w:t>g</w:t>
            </w:r>
            <w:r w:rsidR="00127085" w:rsidRPr="00127085">
              <w:rPr>
                <w:b/>
                <w:lang w:val="sv-SE"/>
              </w:rPr>
              <w:t>od förståelse för kommunal styrning, ansvarsfördelning och beslutsprocesser.</w:t>
            </w:r>
          </w:p>
        </w:tc>
      </w:tr>
      <w:tr w:rsidR="00222634" w:rsidRPr="00127085" w14:paraId="3EB2E5B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48C5C7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1BD86140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571794C3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702468E3" w14:textId="77777777" w:rsidR="00222634" w:rsidRPr="00127085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127085" w14:paraId="77B855E7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8B584" w14:textId="58410334" w:rsidR="00222634" w:rsidRPr="00127085" w:rsidRDefault="006426AB">
            <w:pPr>
              <w:rPr>
                <w:lang w:val="sv-SE"/>
              </w:rPr>
            </w:pPr>
            <w:r w:rsidRPr="00127085">
              <w:rPr>
                <w:b/>
                <w:lang w:val="sv-SE"/>
              </w:rPr>
              <w:t xml:space="preserve">Konsulten ska ha </w:t>
            </w:r>
            <w:r w:rsidR="00127085">
              <w:rPr>
                <w:b/>
                <w:lang w:val="sv-SE"/>
              </w:rPr>
              <w:t>v</w:t>
            </w:r>
            <w:r w:rsidR="00127085" w:rsidRPr="00127085">
              <w:rPr>
                <w:b/>
                <w:lang w:val="sv-SE"/>
              </w:rPr>
              <w:t>ana att arbeta nära kommunledning och andra förvaltningar.</w:t>
            </w:r>
          </w:p>
        </w:tc>
      </w:tr>
      <w:tr w:rsidR="00222634" w:rsidRPr="00127085" w14:paraId="3CFBA39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C46DA9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0BAFD838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74069E81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1CC0957B" w14:textId="77777777" w:rsidR="00222634" w:rsidRPr="00127085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127085" w14:paraId="007EEF40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334230" w14:textId="6029BDAD" w:rsidR="00222634" w:rsidRPr="00127085" w:rsidRDefault="00237FE9">
            <w:pPr>
              <w:rPr>
                <w:lang w:val="sv-SE"/>
              </w:rPr>
            </w:pPr>
            <w:r>
              <w:rPr>
                <w:b/>
                <w:lang w:val="sv-SE"/>
              </w:rPr>
              <w:t>Konsulten ska ha d</w:t>
            </w:r>
            <w:r w:rsidRPr="00237FE9">
              <w:rPr>
                <w:b/>
                <w:lang w:val="sv-SE"/>
              </w:rPr>
              <w:t>okumenterad erfarenhet av att leda kvalificerade specialister.</w:t>
            </w:r>
          </w:p>
        </w:tc>
      </w:tr>
      <w:tr w:rsidR="00222634" w:rsidRPr="00127085" w14:paraId="7C891453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D2C7D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2E9080C4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78A8BDDF" w14:textId="77777777" w:rsidR="00222634" w:rsidRPr="00127085" w:rsidRDefault="00000000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31DDA392" w14:textId="77777777" w:rsidR="00222634" w:rsidRPr="00127085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37FE9" w:rsidRPr="00127085" w14:paraId="1C9AC965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A1BB4A" w14:textId="2E783D21" w:rsidR="00237FE9" w:rsidRPr="00127085" w:rsidRDefault="00237FE9" w:rsidP="00313CA8">
            <w:pPr>
              <w:rPr>
                <w:lang w:val="sv-SE"/>
              </w:rPr>
            </w:pPr>
            <w:r>
              <w:rPr>
                <w:b/>
                <w:lang w:val="sv-SE"/>
              </w:rPr>
              <w:t xml:space="preserve">Konsulten ska ha </w:t>
            </w:r>
            <w:r>
              <w:rPr>
                <w:b/>
                <w:lang w:val="sv-SE"/>
              </w:rPr>
              <w:t>f</w:t>
            </w:r>
            <w:r w:rsidRPr="00237FE9">
              <w:rPr>
                <w:b/>
                <w:lang w:val="sv-SE"/>
              </w:rPr>
              <w:t>örmåga att snabbt skapa struktur, riktning och prioritering i en verksamhet med många parallella frågor.</w:t>
            </w:r>
          </w:p>
        </w:tc>
      </w:tr>
      <w:tr w:rsidR="00237FE9" w:rsidRPr="00127085" w14:paraId="3F308FA5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2CF46A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4CA986B6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1EA1C5DE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69A58AB6" w14:textId="77777777" w:rsidR="00222634" w:rsidRDefault="00222634">
      <w:pPr>
        <w:spacing w:after="20"/>
        <w:rPr>
          <w:lang w:val="sv-SE"/>
        </w:rPr>
      </w:pPr>
    </w:p>
    <w:p w14:paraId="31E537C8" w14:textId="77777777" w:rsidR="00237FE9" w:rsidRDefault="00237FE9">
      <w:pPr>
        <w:spacing w:after="20"/>
        <w:rPr>
          <w:lang w:val="sv-SE"/>
        </w:rPr>
      </w:pPr>
    </w:p>
    <w:p w14:paraId="41C13197" w14:textId="77777777" w:rsidR="00237FE9" w:rsidRDefault="00237FE9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37FE9" w:rsidRPr="00127085" w14:paraId="74F1E881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27D68" w14:textId="2CB7CA53" w:rsidR="00237FE9" w:rsidRPr="00127085" w:rsidRDefault="00237FE9" w:rsidP="00313CA8">
            <w:pPr>
              <w:rPr>
                <w:lang w:val="sv-SE"/>
              </w:rPr>
            </w:pPr>
            <w:r>
              <w:rPr>
                <w:b/>
                <w:lang w:val="sv-SE"/>
              </w:rPr>
              <w:lastRenderedPageBreak/>
              <w:t xml:space="preserve">Konsulten ska ha </w:t>
            </w:r>
            <w:r w:rsidRPr="00237FE9">
              <w:rPr>
                <w:b/>
                <w:lang w:val="sv-SE"/>
              </w:rPr>
              <w:t>förmåga att skapa goda samarbeten över organisatoriska gränser.</w:t>
            </w:r>
          </w:p>
        </w:tc>
      </w:tr>
      <w:tr w:rsidR="00237FE9" w:rsidRPr="00127085" w14:paraId="221615B3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718216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4098957B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38AB6387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61B1D26D" w14:textId="77777777" w:rsidR="00237FE9" w:rsidRPr="00127085" w:rsidRDefault="00237FE9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37FE9" w:rsidRPr="00127085" w14:paraId="3279A1CE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8BC7B7" w14:textId="6EAE7D25" w:rsidR="00237FE9" w:rsidRPr="00127085" w:rsidRDefault="00237FE9" w:rsidP="00313CA8">
            <w:pPr>
              <w:rPr>
                <w:lang w:val="sv-SE"/>
              </w:rPr>
            </w:pPr>
            <w:r>
              <w:rPr>
                <w:b/>
                <w:lang w:val="sv-SE"/>
              </w:rPr>
              <w:t xml:space="preserve">Konsulten ska ha </w:t>
            </w:r>
            <w:r w:rsidR="00386AE4">
              <w:rPr>
                <w:b/>
                <w:lang w:val="sv-SE"/>
              </w:rPr>
              <w:t>f</w:t>
            </w:r>
            <w:r w:rsidRPr="00237FE9">
              <w:rPr>
                <w:b/>
                <w:lang w:val="sv-SE"/>
              </w:rPr>
              <w:t>örmåga att skilja mellan strategiska, taktiska och operativa frågor.</w:t>
            </w:r>
          </w:p>
        </w:tc>
      </w:tr>
      <w:tr w:rsidR="00237FE9" w:rsidRPr="00127085" w14:paraId="7487E5B1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412C01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02423035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40400EE3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75B3DF1C" w14:textId="77777777" w:rsidR="00237FE9" w:rsidRDefault="00237FE9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9F35F9" w:rsidRPr="00127085" w14:paraId="14599C6C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4E27CD" w14:textId="7619D1C9" w:rsidR="009F35F9" w:rsidRPr="00127085" w:rsidRDefault="009F35F9" w:rsidP="00313CA8">
            <w:pPr>
              <w:rPr>
                <w:lang w:val="sv-SE"/>
              </w:rPr>
            </w:pPr>
            <w:r w:rsidRPr="009F35F9">
              <w:rPr>
                <w:b/>
                <w:lang w:val="sv-SE"/>
              </w:rPr>
              <w:t xml:space="preserve">Konsulten ska ha </w:t>
            </w:r>
            <w:r>
              <w:rPr>
                <w:b/>
                <w:lang w:val="sv-SE"/>
              </w:rPr>
              <w:t>g</w:t>
            </w:r>
            <w:r w:rsidRPr="009F35F9">
              <w:rPr>
                <w:b/>
                <w:lang w:val="sv-SE"/>
              </w:rPr>
              <w:t>od svenska i tal och skrift.</w:t>
            </w:r>
          </w:p>
        </w:tc>
      </w:tr>
      <w:tr w:rsidR="009F35F9" w:rsidRPr="00127085" w14:paraId="4CF1BA05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D29082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44FEAAAF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78E6E525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65F2665F" w14:textId="77777777" w:rsidR="009F35F9" w:rsidRDefault="009F35F9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9F35F9" w:rsidRPr="00127085" w14:paraId="4A0EEC88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23885" w14:textId="04E63DB5" w:rsidR="009F35F9" w:rsidRPr="00127085" w:rsidRDefault="009F35F9" w:rsidP="00313CA8">
            <w:pPr>
              <w:rPr>
                <w:lang w:val="sv-SE"/>
              </w:rPr>
            </w:pPr>
            <w:r w:rsidRPr="009F35F9">
              <w:rPr>
                <w:b/>
                <w:lang w:val="sv-SE"/>
              </w:rPr>
              <w:t xml:space="preserve">Konsulten ska ha </w:t>
            </w:r>
            <w:r>
              <w:rPr>
                <w:b/>
                <w:lang w:val="sv-SE"/>
              </w:rPr>
              <w:t>h</w:t>
            </w:r>
            <w:r w:rsidRPr="009F35F9">
              <w:rPr>
                <w:b/>
                <w:lang w:val="sv-SE"/>
              </w:rPr>
              <w:t>ögskoleexamen inom ett för uppdraget relevant område eller annan</w:t>
            </w:r>
            <w:r>
              <w:rPr>
                <w:b/>
                <w:lang w:val="sv-SE"/>
              </w:rPr>
              <w:t xml:space="preserve"> </w:t>
            </w:r>
            <w:r w:rsidRPr="009F35F9">
              <w:rPr>
                <w:b/>
                <w:lang w:val="sv-SE"/>
              </w:rPr>
              <w:t>likvärdig utbildning</w:t>
            </w:r>
            <w:r>
              <w:rPr>
                <w:b/>
                <w:lang w:val="sv-SE"/>
              </w:rPr>
              <w:t>.</w:t>
            </w:r>
          </w:p>
        </w:tc>
      </w:tr>
      <w:tr w:rsidR="009F35F9" w:rsidRPr="00127085" w14:paraId="2EBA021E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4E94F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20C7559E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1A2C40AE" w14:textId="77777777" w:rsidR="009F35F9" w:rsidRPr="00127085" w:rsidRDefault="009F35F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1AC7F517" w14:textId="77777777" w:rsidR="009F35F9" w:rsidRDefault="009F35F9">
      <w:pPr>
        <w:spacing w:after="20"/>
        <w:rPr>
          <w:lang w:val="sv-SE"/>
        </w:rPr>
      </w:pPr>
    </w:p>
    <w:p w14:paraId="159AAA81" w14:textId="77777777" w:rsidR="00237FE9" w:rsidRPr="00127085" w:rsidRDefault="00237FE9">
      <w:pPr>
        <w:spacing w:after="20"/>
        <w:rPr>
          <w:lang w:val="sv-S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222634" w:rsidRPr="00127085" w14:paraId="64C99DD4" w14:textId="77777777">
        <w:trPr>
          <w:jc w:val="center"/>
        </w:trPr>
        <w:tc>
          <w:tcPr>
            <w:tcW w:w="10312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E01670" w14:textId="3AB3D137" w:rsidR="00222634" w:rsidRPr="00127085" w:rsidRDefault="00000000">
            <w:pPr>
              <w:spacing w:after="0"/>
              <w:rPr>
                <w:lang w:val="sv-SE"/>
              </w:rPr>
            </w:pPr>
            <w:r w:rsidRPr="00127085">
              <w:rPr>
                <w:b/>
                <w:sz w:val="26"/>
                <w:lang w:val="sv-SE"/>
              </w:rPr>
              <w:t xml:space="preserve">Bör-krav </w:t>
            </w:r>
          </w:p>
        </w:tc>
      </w:tr>
    </w:tbl>
    <w:p w14:paraId="25B8B15F" w14:textId="55418A63" w:rsidR="00222634" w:rsidRPr="00127085" w:rsidRDefault="00222634">
      <w:pPr>
        <w:spacing w:before="100" w:after="14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37FE9" w:rsidRPr="00127085" w14:paraId="04D2C230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3DA83" w14:textId="3471B7F6" w:rsidR="00237FE9" w:rsidRPr="00127085" w:rsidRDefault="004F586B" w:rsidP="00313CA8">
            <w:pPr>
              <w:rPr>
                <w:lang w:val="sv-SE"/>
              </w:rPr>
            </w:pPr>
            <w:r w:rsidRPr="004F586B">
              <w:rPr>
                <w:b/>
                <w:lang w:val="sv-SE"/>
              </w:rPr>
              <w:t>Konsulten bör ha erfarenhet av</w:t>
            </w:r>
            <w:r w:rsidRPr="004F586B">
              <w:rPr>
                <w:b/>
                <w:lang w:val="sv-SE"/>
              </w:rPr>
              <w:t xml:space="preserve"> </w:t>
            </w:r>
            <w:r w:rsidR="00237FE9" w:rsidRPr="00237FE9">
              <w:rPr>
                <w:b/>
                <w:lang w:val="sv-SE"/>
              </w:rPr>
              <w:t xml:space="preserve">förändrings- eller </w:t>
            </w:r>
            <w:proofErr w:type="spellStart"/>
            <w:r w:rsidR="00237FE9" w:rsidRPr="00237FE9">
              <w:rPr>
                <w:b/>
                <w:lang w:val="sv-SE"/>
              </w:rPr>
              <w:t>interimsuppdrag</w:t>
            </w:r>
            <w:proofErr w:type="spellEnd"/>
            <w:r w:rsidR="00237FE9" w:rsidRPr="00237FE9">
              <w:rPr>
                <w:b/>
                <w:lang w:val="sv-SE"/>
              </w:rPr>
              <w:t>.</w:t>
            </w:r>
          </w:p>
        </w:tc>
      </w:tr>
      <w:tr w:rsidR="00237FE9" w:rsidRPr="00127085" w14:paraId="34E430B7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7062D0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068B81F5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310556EB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52398197" w14:textId="77777777" w:rsidR="00817F33" w:rsidRDefault="00817F33">
      <w:pPr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37FE9" w:rsidRPr="00127085" w14:paraId="7E91F57B" w14:textId="77777777" w:rsidTr="00313CA8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EDA9A4" w14:textId="5B89EC77" w:rsidR="00237FE9" w:rsidRPr="00127085" w:rsidRDefault="004F586B" w:rsidP="00313CA8">
            <w:pPr>
              <w:rPr>
                <w:lang w:val="sv-SE"/>
              </w:rPr>
            </w:pPr>
            <w:r w:rsidRPr="004F586B">
              <w:rPr>
                <w:b/>
                <w:lang w:val="sv-SE"/>
              </w:rPr>
              <w:t xml:space="preserve">Konsulten bör ha erfarenhet </w:t>
            </w:r>
            <w:r w:rsidR="00237FE9" w:rsidRPr="00237FE9">
              <w:rPr>
                <w:b/>
                <w:lang w:val="sv-SE"/>
              </w:rPr>
              <w:t>inom trygghet, säkerhet, krisberedskap, civilt försvar, informationssäkerhet eller närliggande områden.</w:t>
            </w:r>
          </w:p>
        </w:tc>
      </w:tr>
      <w:tr w:rsidR="00237FE9" w:rsidRPr="00127085" w14:paraId="3B8697D6" w14:textId="77777777" w:rsidTr="00313CA8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836818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i/>
                <w:sz w:val="18"/>
                <w:lang w:val="sv-SE"/>
              </w:rPr>
              <w:t>Redogör här för hur kravet uppfylls.</w:t>
            </w:r>
          </w:p>
          <w:p w14:paraId="0C3D36AA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  <w:p w14:paraId="2366D859" w14:textId="77777777" w:rsidR="00237FE9" w:rsidRPr="00127085" w:rsidRDefault="00237FE9" w:rsidP="00313CA8">
            <w:pPr>
              <w:rPr>
                <w:lang w:val="sv-SE"/>
              </w:rPr>
            </w:pPr>
            <w:r w:rsidRPr="00127085">
              <w:rPr>
                <w:lang w:val="sv-SE"/>
              </w:rPr>
              <w:t xml:space="preserve"> </w:t>
            </w:r>
          </w:p>
        </w:tc>
      </w:tr>
    </w:tbl>
    <w:p w14:paraId="7256ABC6" w14:textId="43FE85A0" w:rsidR="00237FE9" w:rsidRPr="00237FE9" w:rsidRDefault="00237FE9">
      <w:pPr>
        <w:rPr>
          <w:lang w:val="sv-SE"/>
        </w:rPr>
      </w:pPr>
    </w:p>
    <w:sectPr w:rsidR="00237FE9" w:rsidRPr="00237FE9" w:rsidSect="00034616">
      <w:head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FE22" w14:textId="77777777" w:rsidR="001157E9" w:rsidRDefault="001157E9" w:rsidP="00E31799">
      <w:pPr>
        <w:spacing w:after="0" w:line="240" w:lineRule="auto"/>
      </w:pPr>
      <w:r>
        <w:separator/>
      </w:r>
    </w:p>
  </w:endnote>
  <w:endnote w:type="continuationSeparator" w:id="0">
    <w:p w14:paraId="381A3817" w14:textId="77777777" w:rsidR="001157E9" w:rsidRDefault="001157E9" w:rsidP="00E3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927F" w14:textId="77777777" w:rsidR="001157E9" w:rsidRDefault="001157E9" w:rsidP="00E31799">
      <w:pPr>
        <w:spacing w:after="0" w:line="240" w:lineRule="auto"/>
      </w:pPr>
      <w:r>
        <w:separator/>
      </w:r>
    </w:p>
  </w:footnote>
  <w:footnote w:type="continuationSeparator" w:id="0">
    <w:p w14:paraId="1A1A57A9" w14:textId="77777777" w:rsidR="001157E9" w:rsidRDefault="001157E9" w:rsidP="00E31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84DB" w14:textId="7DAC751C" w:rsidR="00E31799" w:rsidRPr="00E31799" w:rsidRDefault="00E31799" w:rsidP="00E317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59C12" wp14:editId="08B1341C">
          <wp:simplePos x="0" y="0"/>
          <wp:positionH relativeFrom="column">
            <wp:posOffset>5542060</wp:posOffset>
          </wp:positionH>
          <wp:positionV relativeFrom="paragraph">
            <wp:posOffset>-353999</wp:posOffset>
          </wp:positionV>
          <wp:extent cx="1476375" cy="434340"/>
          <wp:effectExtent l="0" t="0" r="9525" b="3810"/>
          <wp:wrapNone/>
          <wp:docPr id="442439447" name="Bildobjekt 1" descr="En bild som visar Grafik, Teckensnitt, logotyp, viole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439447" name="Bildobjekt 1" descr="En bild som visar Grafik, Teckensnitt, logotyp, violet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441168">
    <w:abstractNumId w:val="8"/>
  </w:num>
  <w:num w:numId="2" w16cid:durableId="225917746">
    <w:abstractNumId w:val="6"/>
  </w:num>
  <w:num w:numId="3" w16cid:durableId="1908609268">
    <w:abstractNumId w:val="5"/>
  </w:num>
  <w:num w:numId="4" w16cid:durableId="238174132">
    <w:abstractNumId w:val="4"/>
  </w:num>
  <w:num w:numId="5" w16cid:durableId="1804537080">
    <w:abstractNumId w:val="7"/>
  </w:num>
  <w:num w:numId="6" w16cid:durableId="593780646">
    <w:abstractNumId w:val="3"/>
  </w:num>
  <w:num w:numId="7" w16cid:durableId="1290476496">
    <w:abstractNumId w:val="2"/>
  </w:num>
  <w:num w:numId="8" w16cid:durableId="28074897">
    <w:abstractNumId w:val="1"/>
  </w:num>
  <w:num w:numId="9" w16cid:durableId="7398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7E9"/>
    <w:rsid w:val="00127085"/>
    <w:rsid w:val="0015074B"/>
    <w:rsid w:val="001D4E97"/>
    <w:rsid w:val="00222634"/>
    <w:rsid w:val="00237FE9"/>
    <w:rsid w:val="0029639D"/>
    <w:rsid w:val="00326F90"/>
    <w:rsid w:val="00386AE4"/>
    <w:rsid w:val="003B49E2"/>
    <w:rsid w:val="00427813"/>
    <w:rsid w:val="00430F65"/>
    <w:rsid w:val="00434043"/>
    <w:rsid w:val="004F586B"/>
    <w:rsid w:val="006426AB"/>
    <w:rsid w:val="006E02DE"/>
    <w:rsid w:val="00774876"/>
    <w:rsid w:val="00817F33"/>
    <w:rsid w:val="008C055C"/>
    <w:rsid w:val="009459F9"/>
    <w:rsid w:val="009C7B65"/>
    <w:rsid w:val="009F35F9"/>
    <w:rsid w:val="00A741B4"/>
    <w:rsid w:val="00AA1D8D"/>
    <w:rsid w:val="00B22E78"/>
    <w:rsid w:val="00B47730"/>
    <w:rsid w:val="00BB3D93"/>
    <w:rsid w:val="00CB0664"/>
    <w:rsid w:val="00DC3FCC"/>
    <w:rsid w:val="00E31799"/>
    <w:rsid w:val="00F815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9CF6E"/>
  <w14:defaultImageDpi w14:val="300"/>
  <w15:docId w15:val="{D0E8196B-1B3F-4CD3-ADF6-BD82F9B0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F9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Frida Fontell</cp:lastModifiedBy>
  <cp:revision>2</cp:revision>
  <dcterms:created xsi:type="dcterms:W3CDTF">2026-10-07T08:05:00Z</dcterms:created>
  <dcterms:modified xsi:type="dcterms:W3CDTF">2026-10-07T08:05:00Z</dcterms:modified>
  <cp:category/>
</cp:coreProperties>
</file>