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6E20" w14:textId="77777777" w:rsidR="00222634" w:rsidRDefault="00000000">
      <w:pPr>
        <w:spacing w:after="40"/>
        <w:jc w:val="center"/>
      </w:pPr>
      <w:proofErr w:type="spellStart"/>
      <w:r>
        <w:rPr>
          <w:b/>
          <w:sz w:val="36"/>
        </w:rPr>
        <w:t>Offert</w:t>
      </w:r>
      <w:proofErr w:type="spellEnd"/>
      <w:r>
        <w:rPr>
          <w:b/>
          <w:sz w:val="36"/>
        </w:rPr>
        <w:t xml:space="preserve"> – </w:t>
      </w:r>
      <w:proofErr w:type="spellStart"/>
      <w:r>
        <w:rPr>
          <w:b/>
          <w:sz w:val="36"/>
        </w:rPr>
        <w:t>Varbergs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Kommun</w:t>
      </w:r>
      <w:proofErr w:type="spellEnd"/>
    </w:p>
    <w:p w14:paraId="255CA86E" w14:textId="77777777" w:rsidR="00222634" w:rsidRDefault="00000000">
      <w:pPr>
        <w:spacing w:after="240"/>
        <w:jc w:val="center"/>
      </w:pPr>
      <w:proofErr w:type="spellStart"/>
      <w:r>
        <w:rPr>
          <w:b/>
          <w:sz w:val="22"/>
        </w:rPr>
        <w:t>Förfrågan</w:t>
      </w:r>
      <w:proofErr w:type="spellEnd"/>
      <w:r>
        <w:rPr>
          <w:b/>
          <w:sz w:val="22"/>
        </w:rPr>
        <w:t xml:space="preserve">: </w:t>
      </w:r>
      <w:proofErr w:type="spellStart"/>
      <w:r>
        <w:rPr>
          <w:b/>
          <w:sz w:val="22"/>
        </w:rPr>
        <w:t>Projektutbildningar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inom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projektledning</w:t>
      </w:r>
      <w:proofErr w:type="spellEnd"/>
      <w:r>
        <w:rPr>
          <w:b/>
          <w:sz w:val="22"/>
        </w:rPr>
        <w:t xml:space="preserve"> och </w:t>
      </w:r>
      <w:proofErr w:type="spellStart"/>
      <w:r>
        <w:rPr>
          <w:b/>
          <w:sz w:val="22"/>
        </w:rPr>
        <w:t>projektstyrning</w:t>
      </w:r>
      <w:proofErr w:type="spellEnd"/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01"/>
        <w:gridCol w:w="4836"/>
      </w:tblGrid>
      <w:tr w:rsidR="00222634" w14:paraId="5C187027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B63F87" w14:textId="77777777" w:rsidR="00222634" w:rsidRDefault="00000000">
            <w:proofErr w:type="spellStart"/>
            <w:r>
              <w:rPr>
                <w:b/>
              </w:rPr>
              <w:t>Bolag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B00764" w14:textId="743926EB" w:rsidR="00222634" w:rsidRDefault="00000000">
            <w:r>
              <w:t xml:space="preserve"> </w:t>
            </w:r>
          </w:p>
        </w:tc>
      </w:tr>
      <w:tr w:rsidR="00222634" w14:paraId="5CA061FE" w14:textId="77777777" w:rsidTr="001D4E97">
        <w:trPr>
          <w:trHeight w:val="207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93666E" w14:textId="77777777" w:rsidR="00222634" w:rsidRDefault="00000000">
            <w:proofErr w:type="spellStart"/>
            <w:r>
              <w:rPr>
                <w:b/>
              </w:rPr>
              <w:t>Konsultnamn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CD50C5" w14:textId="77777777" w:rsidR="00222634" w:rsidRDefault="00000000">
            <w:r>
              <w:t xml:space="preserve"> </w:t>
            </w:r>
          </w:p>
        </w:tc>
      </w:tr>
      <w:tr w:rsidR="00222634" w14:paraId="60B49456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DC319B" w14:textId="77777777" w:rsidR="00222634" w:rsidRDefault="00000000">
            <w:proofErr w:type="spellStart"/>
            <w:r>
              <w:rPr>
                <w:b/>
              </w:rPr>
              <w:t>Leverantörspris</w:t>
            </w:r>
            <w:proofErr w:type="spellEnd"/>
            <w:r>
              <w:rPr>
                <w:b/>
              </w:rPr>
              <w:t>/h: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67C31B" w14:textId="77777777" w:rsidR="00222634" w:rsidRDefault="00000000">
            <w:r>
              <w:t xml:space="preserve"> </w:t>
            </w:r>
          </w:p>
        </w:tc>
      </w:tr>
      <w:tr w:rsidR="00222634" w14:paraId="43880DC1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AB838F" w14:textId="77777777" w:rsidR="00222634" w:rsidRDefault="00000000">
            <w:proofErr w:type="spellStart"/>
            <w:r>
              <w:rPr>
                <w:b/>
              </w:rPr>
              <w:t>Tillgänglighet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E2B008" w14:textId="77777777" w:rsidR="00222634" w:rsidRDefault="00000000">
            <w:r>
              <w:t xml:space="preserve"> </w:t>
            </w:r>
          </w:p>
        </w:tc>
      </w:tr>
      <w:tr w:rsidR="00222634" w14:paraId="73EF5523" w14:textId="77777777" w:rsidTr="001D4E97">
        <w:trPr>
          <w:trHeight w:val="207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847FDA" w14:textId="77777777" w:rsidR="00222634" w:rsidRDefault="00000000">
            <w:r>
              <w:rPr>
                <w:b/>
              </w:rPr>
              <w:t>Pris/h (</w:t>
            </w:r>
            <w:proofErr w:type="spellStart"/>
            <w:r>
              <w:rPr>
                <w:b/>
              </w:rPr>
              <w:t>inklusive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Levigo</w:t>
            </w:r>
            <w:proofErr w:type="spellEnd"/>
            <w:r>
              <w:rPr>
                <w:b/>
              </w:rPr>
              <w:t>-marginal):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29A6C2" w14:textId="77777777" w:rsidR="00222634" w:rsidRDefault="00000000">
            <w:proofErr w:type="spellStart"/>
            <w:proofErr w:type="gramStart"/>
            <w:r>
              <w:rPr>
                <w:i/>
                <w:sz w:val="18"/>
              </w:rPr>
              <w:t>Fylls</w:t>
            </w:r>
            <w:proofErr w:type="spellEnd"/>
            <w:r>
              <w:rPr>
                <w:i/>
                <w:sz w:val="18"/>
              </w:rPr>
              <w:t xml:space="preserve"> i</w:t>
            </w:r>
            <w:proofErr w:type="gramEnd"/>
            <w:r>
              <w:rPr>
                <w:i/>
                <w:sz w:val="18"/>
              </w:rPr>
              <w:t xml:space="preserve"> av </w:t>
            </w:r>
            <w:proofErr w:type="spellStart"/>
            <w:r>
              <w:rPr>
                <w:i/>
                <w:sz w:val="18"/>
              </w:rPr>
              <w:t>Levigo</w:t>
            </w:r>
            <w:proofErr w:type="spellEnd"/>
          </w:p>
        </w:tc>
      </w:tr>
    </w:tbl>
    <w:p w14:paraId="56A6AFED" w14:textId="77777777" w:rsidR="00222634" w:rsidRDefault="0022263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22634" w14:paraId="54AE2152" w14:textId="77777777" w:rsidTr="00E31799">
        <w:trPr>
          <w:trHeight w:val="328"/>
        </w:trPr>
        <w:tc>
          <w:tcPr>
            <w:tcW w:w="10356" w:type="dxa"/>
            <w:shd w:val="clear" w:color="auto" w:fill="D9E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3B7FE93" w14:textId="77777777" w:rsidR="00222634" w:rsidRDefault="00000000">
            <w:pPr>
              <w:spacing w:after="0"/>
            </w:pPr>
            <w:r>
              <w:rPr>
                <w:b/>
                <w:sz w:val="26"/>
              </w:rPr>
              <w:t>Skall-</w:t>
            </w:r>
            <w:proofErr w:type="spellStart"/>
            <w:r>
              <w:rPr>
                <w:b/>
                <w:sz w:val="26"/>
              </w:rPr>
              <w:t>krav</w:t>
            </w:r>
            <w:proofErr w:type="spellEnd"/>
          </w:p>
        </w:tc>
      </w:tr>
    </w:tbl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5B117531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41316A" w14:textId="77777777" w:rsidR="00222634" w:rsidRDefault="00000000">
            <w:proofErr w:type="spellStart"/>
            <w:r>
              <w:rPr>
                <w:b/>
              </w:rPr>
              <w:t>Konsulten</w:t>
            </w:r>
            <w:proofErr w:type="spellEnd"/>
            <w:r>
              <w:rPr>
                <w:b/>
              </w:rPr>
              <w:t xml:space="preserve"> ska </w:t>
            </w:r>
            <w:proofErr w:type="spellStart"/>
            <w:r>
              <w:rPr>
                <w:b/>
              </w:rPr>
              <w:t>minst</w:t>
            </w:r>
            <w:proofErr w:type="spellEnd"/>
            <w:r>
              <w:rPr>
                <w:b/>
              </w:rPr>
              <w:t xml:space="preserve"> 5 </w:t>
            </w:r>
            <w:proofErr w:type="spellStart"/>
            <w:r>
              <w:rPr>
                <w:b/>
              </w:rPr>
              <w:t>års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erfarenhet</w:t>
            </w:r>
            <w:proofErr w:type="spellEnd"/>
            <w:r>
              <w:rPr>
                <w:b/>
              </w:rPr>
              <w:t xml:space="preserve"> av </w:t>
            </w:r>
            <w:proofErr w:type="spellStart"/>
            <w:r>
              <w:rPr>
                <w:b/>
              </w:rPr>
              <w:t>projektledning</w:t>
            </w:r>
            <w:proofErr w:type="spellEnd"/>
            <w:r>
              <w:rPr>
                <w:b/>
              </w:rPr>
              <w:t xml:space="preserve"> och </w:t>
            </w:r>
            <w:proofErr w:type="spellStart"/>
            <w:r>
              <w:rPr>
                <w:b/>
              </w:rPr>
              <w:t>projektstyrning</w:t>
            </w:r>
            <w:proofErr w:type="spellEnd"/>
            <w:r>
              <w:rPr>
                <w:b/>
              </w:rPr>
              <w:t>.</w:t>
            </w:r>
          </w:p>
        </w:tc>
      </w:tr>
      <w:tr w:rsidR="00222634" w14:paraId="4085F119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C9AFCB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1F69D42B" w14:textId="77777777" w:rsidR="00222634" w:rsidRDefault="00000000">
            <w:r>
              <w:t xml:space="preserve"> </w:t>
            </w:r>
          </w:p>
          <w:p w14:paraId="39FD2BCC" w14:textId="6F4D8F1E" w:rsidR="00222634" w:rsidRDefault="00000000">
            <w:r>
              <w:t xml:space="preserve"> </w:t>
            </w:r>
          </w:p>
        </w:tc>
      </w:tr>
    </w:tbl>
    <w:p w14:paraId="6D7F2A90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49CA3464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90D863" w14:textId="77777777" w:rsidR="00222634" w:rsidRDefault="00000000">
            <w:proofErr w:type="spellStart"/>
            <w:r>
              <w:rPr>
                <w:b/>
              </w:rPr>
              <w:t>Konsulten</w:t>
            </w:r>
            <w:proofErr w:type="spellEnd"/>
            <w:r>
              <w:rPr>
                <w:b/>
              </w:rPr>
              <w:t xml:space="preserve"> ska ha </w:t>
            </w:r>
            <w:proofErr w:type="spellStart"/>
            <w:r>
              <w:rPr>
                <w:b/>
              </w:rPr>
              <w:t>dokumenterad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erfarenhet</w:t>
            </w:r>
            <w:proofErr w:type="spellEnd"/>
            <w:r>
              <w:rPr>
                <w:b/>
              </w:rPr>
              <w:t xml:space="preserve"> av </w:t>
            </w:r>
            <w:proofErr w:type="spellStart"/>
            <w:r>
              <w:rPr>
                <w:b/>
              </w:rPr>
              <w:t>att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utveckla</w:t>
            </w:r>
            <w:proofErr w:type="spellEnd"/>
            <w:r>
              <w:rPr>
                <w:b/>
              </w:rPr>
              <w:t xml:space="preserve"> och </w:t>
            </w:r>
            <w:proofErr w:type="spellStart"/>
            <w:r>
              <w:rPr>
                <w:b/>
              </w:rPr>
              <w:t>genomföra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utbildningar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projektledning</w:t>
            </w:r>
            <w:proofErr w:type="spellEnd"/>
            <w:r>
              <w:rPr>
                <w:b/>
              </w:rPr>
              <w:t>.</w:t>
            </w:r>
          </w:p>
        </w:tc>
      </w:tr>
      <w:tr w:rsidR="00222634" w14:paraId="3EB2E5BD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48C5C7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1BD86140" w14:textId="77777777" w:rsidR="00222634" w:rsidRDefault="00000000">
            <w:r>
              <w:t xml:space="preserve"> </w:t>
            </w:r>
          </w:p>
          <w:p w14:paraId="571794C3" w14:textId="77777777" w:rsidR="00222634" w:rsidRDefault="00000000">
            <w:r>
              <w:t xml:space="preserve"> </w:t>
            </w:r>
          </w:p>
        </w:tc>
      </w:tr>
    </w:tbl>
    <w:p w14:paraId="702468E3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77B855E7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D8B584" w14:textId="42D72D80" w:rsidR="00222634" w:rsidRDefault="00000000">
            <w:proofErr w:type="spellStart"/>
            <w:r>
              <w:rPr>
                <w:b/>
              </w:rPr>
              <w:t>Konsulten</w:t>
            </w:r>
            <w:proofErr w:type="spellEnd"/>
            <w:r>
              <w:rPr>
                <w:b/>
              </w:rPr>
              <w:t xml:space="preserve"> ska ha </w:t>
            </w:r>
            <w:proofErr w:type="spellStart"/>
            <w:r>
              <w:rPr>
                <w:b/>
              </w:rPr>
              <w:t>erfarenhet</w:t>
            </w:r>
            <w:proofErr w:type="spellEnd"/>
            <w:r>
              <w:rPr>
                <w:b/>
              </w:rPr>
              <w:t xml:space="preserve"> av </w:t>
            </w:r>
            <w:proofErr w:type="spellStart"/>
            <w:r w:rsidR="00434043" w:rsidRPr="00434043">
              <w:rPr>
                <w:b/>
              </w:rPr>
              <w:t>utbildningsinsatser</w:t>
            </w:r>
            <w:proofErr w:type="spellEnd"/>
            <w:r w:rsidR="00434043" w:rsidRPr="00434043">
              <w:rPr>
                <w:b/>
              </w:rPr>
              <w:t xml:space="preserve"> </w:t>
            </w:r>
            <w:proofErr w:type="spellStart"/>
            <w:r w:rsidR="00434043" w:rsidRPr="00434043">
              <w:rPr>
                <w:b/>
              </w:rPr>
              <w:t>riktade</w:t>
            </w:r>
            <w:proofErr w:type="spellEnd"/>
            <w:r w:rsidR="00434043" w:rsidRPr="00434043">
              <w:rPr>
                <w:b/>
              </w:rPr>
              <w:t xml:space="preserve"> till </w:t>
            </w:r>
            <w:proofErr w:type="spellStart"/>
            <w:r w:rsidR="00434043" w:rsidRPr="00434043">
              <w:rPr>
                <w:b/>
              </w:rPr>
              <w:t>flera</w:t>
            </w:r>
            <w:proofErr w:type="spellEnd"/>
            <w:r w:rsidR="00434043" w:rsidRPr="00434043">
              <w:rPr>
                <w:b/>
              </w:rPr>
              <w:t xml:space="preserve"> </w:t>
            </w:r>
            <w:proofErr w:type="spellStart"/>
            <w:r w:rsidR="00434043" w:rsidRPr="00434043">
              <w:rPr>
                <w:b/>
              </w:rPr>
              <w:t>olika</w:t>
            </w:r>
            <w:proofErr w:type="spellEnd"/>
            <w:r w:rsidR="00434043" w:rsidRPr="00434043">
              <w:rPr>
                <w:b/>
              </w:rPr>
              <w:t xml:space="preserve"> roller, </w:t>
            </w:r>
            <w:proofErr w:type="spellStart"/>
            <w:r w:rsidR="00434043" w:rsidRPr="00434043">
              <w:rPr>
                <w:b/>
              </w:rPr>
              <w:t>exempelvis</w:t>
            </w:r>
            <w:proofErr w:type="spellEnd"/>
            <w:r w:rsidR="00434043" w:rsidRPr="00434043">
              <w:rPr>
                <w:b/>
              </w:rPr>
              <w:t xml:space="preserve"> </w:t>
            </w:r>
            <w:proofErr w:type="spellStart"/>
            <w:r w:rsidR="00434043" w:rsidRPr="00434043">
              <w:rPr>
                <w:b/>
              </w:rPr>
              <w:t>projektledare</w:t>
            </w:r>
            <w:proofErr w:type="spellEnd"/>
            <w:r w:rsidR="00434043" w:rsidRPr="00434043">
              <w:rPr>
                <w:b/>
              </w:rPr>
              <w:t xml:space="preserve">, </w:t>
            </w:r>
            <w:proofErr w:type="spellStart"/>
            <w:r w:rsidR="00434043" w:rsidRPr="00434043">
              <w:rPr>
                <w:b/>
              </w:rPr>
              <w:t>beställare</w:t>
            </w:r>
            <w:proofErr w:type="spellEnd"/>
            <w:r w:rsidR="00434043" w:rsidRPr="00434043">
              <w:rPr>
                <w:b/>
              </w:rPr>
              <w:t xml:space="preserve"> och </w:t>
            </w:r>
            <w:proofErr w:type="spellStart"/>
            <w:r w:rsidR="00434043" w:rsidRPr="00434043">
              <w:rPr>
                <w:b/>
              </w:rPr>
              <w:t>styrgrupper</w:t>
            </w:r>
            <w:proofErr w:type="spellEnd"/>
            <w:r w:rsidR="00434043">
              <w:rPr>
                <w:b/>
              </w:rPr>
              <w:t>.</w:t>
            </w:r>
          </w:p>
        </w:tc>
      </w:tr>
      <w:tr w:rsidR="00222634" w14:paraId="3CFBA39D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C46DA9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0BAFD838" w14:textId="77777777" w:rsidR="00222634" w:rsidRDefault="00000000">
            <w:r>
              <w:t xml:space="preserve"> </w:t>
            </w:r>
          </w:p>
          <w:p w14:paraId="74069E81" w14:textId="77777777" w:rsidR="00222634" w:rsidRDefault="00000000">
            <w:r>
              <w:t xml:space="preserve"> </w:t>
            </w:r>
          </w:p>
        </w:tc>
      </w:tr>
    </w:tbl>
    <w:p w14:paraId="1CC0957B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007EEF40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334230" w14:textId="0CD66D4E" w:rsidR="00222634" w:rsidRDefault="00000000">
            <w:proofErr w:type="spellStart"/>
            <w:r>
              <w:rPr>
                <w:b/>
              </w:rPr>
              <w:t>Konsulten</w:t>
            </w:r>
            <w:proofErr w:type="spellEnd"/>
            <w:r>
              <w:rPr>
                <w:b/>
              </w:rPr>
              <w:t xml:space="preserve"> ska ha </w:t>
            </w:r>
            <w:proofErr w:type="spellStart"/>
            <w:r w:rsidR="00434043">
              <w:rPr>
                <w:b/>
              </w:rPr>
              <w:t>e</w:t>
            </w:r>
            <w:r w:rsidR="00434043" w:rsidRPr="00434043">
              <w:rPr>
                <w:b/>
              </w:rPr>
              <w:t>rfarenhet</w:t>
            </w:r>
            <w:proofErr w:type="spellEnd"/>
            <w:r w:rsidR="00434043" w:rsidRPr="00434043">
              <w:rPr>
                <w:b/>
              </w:rPr>
              <w:t xml:space="preserve"> av </w:t>
            </w:r>
            <w:proofErr w:type="spellStart"/>
            <w:r w:rsidR="00434043" w:rsidRPr="00434043">
              <w:rPr>
                <w:b/>
              </w:rPr>
              <w:t>förändringsledning</w:t>
            </w:r>
            <w:proofErr w:type="spellEnd"/>
            <w:r w:rsidR="00434043" w:rsidRPr="00434043">
              <w:rPr>
                <w:b/>
              </w:rPr>
              <w:t xml:space="preserve"> och </w:t>
            </w:r>
            <w:proofErr w:type="spellStart"/>
            <w:r w:rsidR="00434043" w:rsidRPr="00434043">
              <w:rPr>
                <w:b/>
              </w:rPr>
              <w:t>kompetensutvecklingsinsatser</w:t>
            </w:r>
            <w:proofErr w:type="spellEnd"/>
            <w:r w:rsidR="00434043">
              <w:rPr>
                <w:b/>
              </w:rPr>
              <w:t>.</w:t>
            </w:r>
          </w:p>
        </w:tc>
      </w:tr>
      <w:tr w:rsidR="00222634" w14:paraId="7C891453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AD2C7D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2E9080C4" w14:textId="77777777" w:rsidR="00222634" w:rsidRDefault="00000000">
            <w:r>
              <w:t xml:space="preserve"> </w:t>
            </w:r>
          </w:p>
          <w:p w14:paraId="78A8BDDF" w14:textId="77777777" w:rsidR="00222634" w:rsidRDefault="00000000">
            <w:r>
              <w:t xml:space="preserve"> </w:t>
            </w:r>
          </w:p>
        </w:tc>
      </w:tr>
    </w:tbl>
    <w:p w14:paraId="31DDA392" w14:textId="77777777" w:rsidR="00222634" w:rsidRDefault="00222634">
      <w:pPr>
        <w:spacing w:after="20"/>
      </w:pPr>
    </w:p>
    <w:p w14:paraId="69A58AB6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11C3716E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C7603B" w14:textId="77777777" w:rsidR="00222634" w:rsidRDefault="00000000">
            <w:proofErr w:type="spellStart"/>
            <w:r>
              <w:rPr>
                <w:b/>
              </w:rPr>
              <w:t>Konsulten</w:t>
            </w:r>
            <w:proofErr w:type="spellEnd"/>
            <w:r>
              <w:rPr>
                <w:b/>
              </w:rPr>
              <w:t xml:space="preserve"> ska ha god </w:t>
            </w:r>
            <w:proofErr w:type="spellStart"/>
            <w:r>
              <w:rPr>
                <w:b/>
              </w:rPr>
              <w:t>förmåga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uttrycka</w:t>
            </w:r>
            <w:proofErr w:type="spellEnd"/>
            <w:r>
              <w:rPr>
                <w:b/>
              </w:rPr>
              <w:t xml:space="preserve"> sig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tal</w:t>
            </w:r>
            <w:proofErr w:type="spellEnd"/>
            <w:r>
              <w:rPr>
                <w:b/>
              </w:rPr>
              <w:t xml:space="preserve"> och </w:t>
            </w:r>
            <w:proofErr w:type="spellStart"/>
            <w:r>
              <w:rPr>
                <w:b/>
              </w:rPr>
              <w:t>skrift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svenska</w:t>
            </w:r>
            <w:proofErr w:type="spellEnd"/>
            <w:r>
              <w:rPr>
                <w:b/>
              </w:rPr>
              <w:t>.</w:t>
            </w:r>
          </w:p>
        </w:tc>
      </w:tr>
      <w:tr w:rsidR="00222634" w14:paraId="2B2B8706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E35311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58F67F4D" w14:textId="77777777" w:rsidR="00222634" w:rsidRDefault="00000000">
            <w:r>
              <w:t xml:space="preserve"> </w:t>
            </w:r>
          </w:p>
          <w:p w14:paraId="037E9BCC" w14:textId="77777777" w:rsidR="00222634" w:rsidRDefault="00000000">
            <w:r>
              <w:t xml:space="preserve"> </w:t>
            </w:r>
          </w:p>
        </w:tc>
      </w:tr>
    </w:tbl>
    <w:p w14:paraId="3FE7C793" w14:textId="77777777" w:rsidR="00222634" w:rsidRDefault="00222634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22634" w14:paraId="64C99DD4" w14:textId="77777777">
        <w:trPr>
          <w:jc w:val="center"/>
        </w:trPr>
        <w:tc>
          <w:tcPr>
            <w:tcW w:w="10312" w:type="dxa"/>
            <w:shd w:val="clear" w:color="auto" w:fill="D9E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9E01670" w14:textId="77777777" w:rsidR="00222634" w:rsidRDefault="00000000">
            <w:pPr>
              <w:spacing w:after="0"/>
            </w:pPr>
            <w:proofErr w:type="spellStart"/>
            <w:r>
              <w:rPr>
                <w:b/>
                <w:sz w:val="26"/>
              </w:rPr>
              <w:lastRenderedPageBreak/>
              <w:t>Bör-krav</w:t>
            </w:r>
            <w:proofErr w:type="spellEnd"/>
            <w:r>
              <w:rPr>
                <w:b/>
                <w:sz w:val="26"/>
              </w:rPr>
              <w:t xml:space="preserve"> – </w:t>
            </w:r>
            <w:proofErr w:type="spellStart"/>
            <w:r>
              <w:rPr>
                <w:b/>
                <w:sz w:val="26"/>
              </w:rPr>
              <w:t>bekräfta</w:t>
            </w:r>
            <w:proofErr w:type="spellEnd"/>
            <w:r>
              <w:rPr>
                <w:b/>
                <w:sz w:val="26"/>
              </w:rPr>
              <w:t xml:space="preserve"> om </w:t>
            </w:r>
            <w:proofErr w:type="spellStart"/>
            <w:r>
              <w:rPr>
                <w:b/>
                <w:sz w:val="26"/>
              </w:rPr>
              <w:t>kraven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uppfylls</w:t>
            </w:r>
            <w:proofErr w:type="spellEnd"/>
          </w:p>
        </w:tc>
      </w:tr>
    </w:tbl>
    <w:p w14:paraId="25B8B15F" w14:textId="77777777" w:rsidR="00222634" w:rsidRDefault="00000000">
      <w:pPr>
        <w:spacing w:before="100" w:after="140"/>
      </w:pPr>
      <w:proofErr w:type="spellStart"/>
      <w:r>
        <w:rPr>
          <w:b/>
        </w:rPr>
        <w:t>Konsulten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bör</w:t>
      </w:r>
      <w:proofErr w:type="spellEnd"/>
      <w:r>
        <w:rPr>
          <w:b/>
        </w:rPr>
        <w:t xml:space="preserve"> ha </w:t>
      </w:r>
      <w:proofErr w:type="spellStart"/>
      <w:r>
        <w:rPr>
          <w:b/>
        </w:rPr>
        <w:t>erfarenhet</w:t>
      </w:r>
      <w:proofErr w:type="spellEnd"/>
      <w:r>
        <w:rPr>
          <w:b/>
        </w:rPr>
        <w:t xml:space="preserve"> av. </w:t>
      </w:r>
      <w:r>
        <w:t xml:space="preserve">Klicka </w:t>
      </w:r>
      <w:proofErr w:type="spellStart"/>
      <w:proofErr w:type="gramStart"/>
      <w:r>
        <w:t>i</w:t>
      </w:r>
      <w:proofErr w:type="spellEnd"/>
      <w:r>
        <w:t xml:space="preserve"> ”Ja</w:t>
      </w:r>
      <w:proofErr w:type="gramEnd"/>
      <w:r>
        <w:t xml:space="preserve">” </w:t>
      </w:r>
      <w:proofErr w:type="spellStart"/>
      <w:proofErr w:type="gramStart"/>
      <w:r>
        <w:t>eller</w:t>
      </w:r>
      <w:proofErr w:type="spellEnd"/>
      <w:r>
        <w:t xml:space="preserve"> ”Nej</w:t>
      </w:r>
      <w:proofErr w:type="gramEnd"/>
      <w:r>
        <w:t xml:space="preserve">” </w:t>
      </w:r>
      <w:proofErr w:type="spellStart"/>
      <w:r>
        <w:t>beroende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om </w:t>
      </w:r>
      <w:proofErr w:type="spellStart"/>
      <w:r>
        <w:t>konsulten</w:t>
      </w:r>
      <w:proofErr w:type="spellEnd"/>
      <w:r>
        <w:t xml:space="preserve"> </w:t>
      </w:r>
      <w:proofErr w:type="spellStart"/>
      <w:r>
        <w:t>uppfyller</w:t>
      </w:r>
      <w:proofErr w:type="spellEnd"/>
      <w:r>
        <w:t xml:space="preserve"> </w:t>
      </w:r>
      <w:proofErr w:type="spellStart"/>
      <w:r>
        <w:t>respektive</w:t>
      </w:r>
      <w:proofErr w:type="spellEnd"/>
      <w:r>
        <w:t xml:space="preserve"> </w:t>
      </w:r>
      <w:proofErr w:type="spellStart"/>
      <w:r>
        <w:t>krav</w:t>
      </w:r>
      <w:proofErr w:type="spellEnd"/>
      <w:r>
        <w:t>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3"/>
        <w:gridCol w:w="3433"/>
      </w:tblGrid>
      <w:tr w:rsidR="00222634" w14:paraId="72494D5A" w14:textId="77777777">
        <w:trPr>
          <w:jc w:val="center"/>
        </w:trPr>
        <w:tc>
          <w:tcPr>
            <w:tcW w:w="3437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795DCF" w14:textId="77777777" w:rsidR="00222634" w:rsidRDefault="00000000">
            <w:proofErr w:type="spellStart"/>
            <w:r>
              <w:rPr>
                <w:b/>
              </w:rPr>
              <w:t>Bör-krav</w:t>
            </w:r>
            <w:proofErr w:type="spellEnd"/>
          </w:p>
        </w:tc>
        <w:tc>
          <w:tcPr>
            <w:tcW w:w="3437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08EF1" w14:textId="77777777" w:rsidR="00222634" w:rsidRDefault="00000000">
            <w:pPr>
              <w:jc w:val="center"/>
            </w:pPr>
            <w:r>
              <w:rPr>
                <w:b/>
              </w:rPr>
              <w:t>Ja</w:t>
            </w:r>
          </w:p>
        </w:tc>
        <w:tc>
          <w:tcPr>
            <w:tcW w:w="3437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864A2" w14:textId="77777777" w:rsidR="00222634" w:rsidRDefault="00000000">
            <w:pPr>
              <w:jc w:val="center"/>
            </w:pPr>
            <w:r>
              <w:rPr>
                <w:b/>
              </w:rPr>
              <w:t>Nej</w:t>
            </w:r>
          </w:p>
        </w:tc>
      </w:tr>
      <w:tr w:rsidR="00222634" w14:paraId="25157B3F" w14:textId="77777777">
        <w:trPr>
          <w:jc w:val="center"/>
        </w:trPr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296D87" w14:textId="77777777" w:rsidR="00222634" w:rsidRDefault="00000000">
            <w:proofErr w:type="spellStart"/>
            <w:r>
              <w:t>Nyttorealisering</w:t>
            </w:r>
            <w:proofErr w:type="spellEnd"/>
            <w:r>
              <w:t xml:space="preserve"> och </w:t>
            </w:r>
            <w:proofErr w:type="spellStart"/>
            <w:r>
              <w:t>effekthemtagning</w:t>
            </w:r>
            <w:proofErr w:type="spellEnd"/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5B90D0" w14:textId="5A70BA19" w:rsidR="00222634" w:rsidRDefault="00000000">
            <w:pPr>
              <w:jc w:val="center"/>
            </w:pPr>
            <w:sdt>
              <w:sdtPr>
                <w:id w:val="-2302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CF3AF4" w14:textId="06C483C5" w:rsidR="00222634" w:rsidRDefault="00000000">
            <w:pPr>
              <w:jc w:val="center"/>
            </w:pPr>
            <w:sdt>
              <w:sdtPr>
                <w:id w:val="-68251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7377FA9C" w14:textId="77777777">
        <w:trPr>
          <w:jc w:val="center"/>
        </w:trPr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25DE7D" w14:textId="77777777" w:rsidR="00222634" w:rsidRDefault="00000000">
            <w:proofErr w:type="spellStart"/>
            <w:r>
              <w:t>Projektgovernance</w:t>
            </w:r>
            <w:proofErr w:type="spellEnd"/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D54540" w14:textId="0DF5B045" w:rsidR="00222634" w:rsidRDefault="00000000">
            <w:pPr>
              <w:jc w:val="center"/>
            </w:pPr>
            <w:sdt>
              <w:sdtPr>
                <w:id w:val="182469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CE96B2" w14:textId="3588C1A5" w:rsidR="00222634" w:rsidRDefault="00000000">
            <w:pPr>
              <w:jc w:val="center"/>
            </w:pPr>
            <w:sdt>
              <w:sdtPr>
                <w:id w:val="172333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095DAA17" w14:textId="77777777">
        <w:trPr>
          <w:jc w:val="center"/>
        </w:trPr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D62B9B" w14:textId="77777777" w:rsidR="00222634" w:rsidRDefault="00000000">
            <w:proofErr w:type="spellStart"/>
            <w:r>
              <w:t>Projektportföljstyrning</w:t>
            </w:r>
            <w:proofErr w:type="spellEnd"/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53B9BE" w14:textId="68C2AD79" w:rsidR="00222634" w:rsidRDefault="00000000">
            <w:pPr>
              <w:jc w:val="center"/>
            </w:pPr>
            <w:sdt>
              <w:sdtPr>
                <w:id w:val="96238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097F18" w14:textId="41A6E7FD" w:rsidR="00222634" w:rsidRDefault="00000000">
            <w:pPr>
              <w:jc w:val="center"/>
            </w:pPr>
            <w:sdt>
              <w:sdtPr>
                <w:id w:val="27328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666E748C" w14:textId="77777777">
        <w:trPr>
          <w:jc w:val="center"/>
        </w:trPr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52FD2F" w14:textId="77777777" w:rsidR="00222634" w:rsidRDefault="00000000">
            <w:proofErr w:type="spellStart"/>
            <w:r>
              <w:t>Riskhantering</w:t>
            </w:r>
            <w:proofErr w:type="spellEnd"/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C7E332" w14:textId="01F950F2" w:rsidR="00222634" w:rsidRDefault="00000000">
            <w:pPr>
              <w:jc w:val="center"/>
            </w:pPr>
            <w:sdt>
              <w:sdtPr>
                <w:id w:val="61873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63B6F4" w14:textId="6E0A4D0F" w:rsidR="00222634" w:rsidRDefault="00000000">
            <w:pPr>
              <w:jc w:val="center"/>
            </w:pPr>
            <w:sdt>
              <w:sdtPr>
                <w:id w:val="70004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2B3B6FF8" w14:textId="77777777">
        <w:trPr>
          <w:jc w:val="center"/>
        </w:trPr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67A0AC2" w14:textId="77777777" w:rsidR="00222634" w:rsidRDefault="00000000">
            <w:proofErr w:type="spellStart"/>
            <w:r>
              <w:t>Beställarroll</w:t>
            </w:r>
            <w:proofErr w:type="spellEnd"/>
            <w:r>
              <w:t xml:space="preserve"> och </w:t>
            </w:r>
            <w:proofErr w:type="spellStart"/>
            <w:r>
              <w:t>styrgruppsarbete</w:t>
            </w:r>
            <w:proofErr w:type="spellEnd"/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FB7D89" w14:textId="5C1E5ECB" w:rsidR="00222634" w:rsidRDefault="00000000">
            <w:pPr>
              <w:jc w:val="center"/>
            </w:pPr>
            <w:sdt>
              <w:sdtPr>
                <w:id w:val="185545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0BA812" w14:textId="48DC9A46" w:rsidR="00222634" w:rsidRDefault="00000000">
            <w:pPr>
              <w:jc w:val="center"/>
            </w:pPr>
            <w:sdt>
              <w:sdtPr>
                <w:id w:val="-88271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55D60D04" w14:textId="77777777">
        <w:trPr>
          <w:jc w:val="center"/>
        </w:trPr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4334C2" w14:textId="77777777" w:rsidR="00222634" w:rsidRDefault="00000000">
            <w:proofErr w:type="spellStart"/>
            <w:r>
              <w:t>Workshopledning</w:t>
            </w:r>
            <w:proofErr w:type="spellEnd"/>
            <w:r>
              <w:t xml:space="preserve"> och </w:t>
            </w:r>
            <w:proofErr w:type="spellStart"/>
            <w:r>
              <w:t>facilitering</w:t>
            </w:r>
            <w:proofErr w:type="spellEnd"/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4BBF7F" w14:textId="40FEC565" w:rsidR="00222634" w:rsidRDefault="00000000">
            <w:pPr>
              <w:jc w:val="center"/>
            </w:pPr>
            <w:sdt>
              <w:sdtPr>
                <w:id w:val="-57382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FE3221" w14:textId="75B89134" w:rsidR="00222634" w:rsidRDefault="00000000">
            <w:pPr>
              <w:jc w:val="center"/>
            </w:pPr>
            <w:sdt>
              <w:sdtPr>
                <w:id w:val="27660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16D125C9" w14:textId="77777777">
        <w:trPr>
          <w:jc w:val="center"/>
        </w:trPr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BE3FC7" w14:textId="77777777" w:rsidR="00222634" w:rsidRDefault="00000000">
            <w:proofErr w:type="spellStart"/>
            <w:r>
              <w:t>Pedagogisk</w:t>
            </w:r>
            <w:proofErr w:type="spellEnd"/>
            <w:r>
              <w:t xml:space="preserve"> design</w:t>
            </w:r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A1694C" w14:textId="6329B081" w:rsidR="00222634" w:rsidRDefault="00000000">
            <w:pPr>
              <w:jc w:val="center"/>
            </w:pPr>
            <w:sdt>
              <w:sdtPr>
                <w:id w:val="18553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513E56" w14:textId="2B466BD0" w:rsidR="00222634" w:rsidRDefault="00000000">
            <w:pPr>
              <w:jc w:val="center"/>
            </w:pPr>
            <w:sdt>
              <w:sdtPr>
                <w:id w:val="1087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38A6544F" w14:textId="77777777">
        <w:trPr>
          <w:jc w:val="center"/>
        </w:trPr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A360DD" w14:textId="77777777" w:rsidR="00222634" w:rsidRDefault="00000000">
            <w:proofErr w:type="spellStart"/>
            <w:r>
              <w:t>Förändringsledning</w:t>
            </w:r>
            <w:proofErr w:type="spellEnd"/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6C7FE1D" w14:textId="0632270A" w:rsidR="00222634" w:rsidRDefault="00000000">
            <w:pPr>
              <w:jc w:val="center"/>
            </w:pPr>
            <w:sdt>
              <w:sdtPr>
                <w:id w:val="133295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6C73E2" w14:textId="45E59F3F" w:rsidR="00222634" w:rsidRDefault="00000000">
            <w:pPr>
              <w:jc w:val="center"/>
            </w:pPr>
            <w:sdt>
              <w:sdtPr>
                <w:id w:val="41528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4202C51" w14:textId="77777777" w:rsidR="00434043" w:rsidRDefault="00434043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22634" w14:paraId="1E568726" w14:textId="77777777">
        <w:trPr>
          <w:jc w:val="center"/>
        </w:trPr>
        <w:tc>
          <w:tcPr>
            <w:tcW w:w="10312" w:type="dxa"/>
            <w:shd w:val="clear" w:color="auto" w:fill="D9E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C93D4C7" w14:textId="77777777" w:rsidR="00222634" w:rsidRDefault="00000000">
            <w:pPr>
              <w:spacing w:after="0"/>
            </w:pPr>
            <w:r>
              <w:rPr>
                <w:b/>
                <w:sz w:val="26"/>
              </w:rPr>
              <w:t xml:space="preserve">1. </w:t>
            </w:r>
            <w:proofErr w:type="spellStart"/>
            <w:r>
              <w:rPr>
                <w:b/>
                <w:sz w:val="26"/>
              </w:rPr>
              <w:t>Referensuppdrag</w:t>
            </w:r>
            <w:proofErr w:type="spellEnd"/>
          </w:p>
        </w:tc>
      </w:tr>
    </w:tbl>
    <w:p w14:paraId="788B80C3" w14:textId="77777777" w:rsidR="00222634" w:rsidRDefault="00000000">
      <w:pPr>
        <w:spacing w:before="100" w:after="80"/>
      </w:pPr>
      <w:proofErr w:type="spellStart"/>
      <w:r>
        <w:rPr>
          <w:b/>
        </w:rPr>
        <w:t>Minst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relevanta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referensuppdrag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genomförda</w:t>
      </w:r>
      <w:proofErr w:type="spellEnd"/>
      <w:r>
        <w:rPr>
          <w:b/>
        </w:rPr>
        <w:t xml:space="preserve"> under de </w:t>
      </w:r>
      <w:proofErr w:type="spellStart"/>
      <w:r>
        <w:rPr>
          <w:b/>
        </w:rPr>
        <w:t>senaste</w:t>
      </w:r>
      <w:proofErr w:type="spellEnd"/>
      <w:r>
        <w:rPr>
          <w:b/>
        </w:rPr>
        <w:t xml:space="preserve"> fem </w:t>
      </w:r>
      <w:proofErr w:type="spellStart"/>
      <w:r>
        <w:rPr>
          <w:b/>
        </w:rPr>
        <w:t>åren</w:t>
      </w:r>
      <w:proofErr w:type="spellEnd"/>
      <w:r>
        <w:rPr>
          <w:b/>
        </w:rPr>
        <w:t>.</w:t>
      </w:r>
    </w:p>
    <w:p w14:paraId="1AD7AF61" w14:textId="77777777" w:rsidR="00222634" w:rsidRDefault="00000000">
      <w:pPr>
        <w:spacing w:after="60"/>
      </w:pPr>
      <w:proofErr w:type="spellStart"/>
      <w:r>
        <w:rPr>
          <w:b/>
        </w:rPr>
        <w:t>Referensuppdragen</w:t>
      </w:r>
      <w:proofErr w:type="spellEnd"/>
      <w:r>
        <w:rPr>
          <w:b/>
        </w:rPr>
        <w:t xml:space="preserve"> ska </w:t>
      </w:r>
      <w:proofErr w:type="spellStart"/>
      <w:r>
        <w:rPr>
          <w:b/>
        </w:rPr>
        <w:t>omfatta</w:t>
      </w:r>
      <w:proofErr w:type="spellEnd"/>
      <w:r>
        <w:rPr>
          <w:b/>
        </w:rPr>
        <w:t>:</w:t>
      </w:r>
    </w:p>
    <w:p w14:paraId="5F6FDD80" w14:textId="77777777" w:rsidR="00222634" w:rsidRDefault="00000000">
      <w:pPr>
        <w:pStyle w:val="Punktlista"/>
        <w:spacing w:after="40"/>
      </w:pPr>
      <w:proofErr w:type="spellStart"/>
      <w:r>
        <w:t>Framtagning</w:t>
      </w:r>
      <w:proofErr w:type="spellEnd"/>
      <w:r>
        <w:t xml:space="preserve"> av </w:t>
      </w:r>
      <w:proofErr w:type="spellStart"/>
      <w:r>
        <w:t>utbildningsmaterial</w:t>
      </w:r>
      <w:proofErr w:type="spellEnd"/>
    </w:p>
    <w:p w14:paraId="6191595B" w14:textId="77777777" w:rsidR="00222634" w:rsidRDefault="00000000">
      <w:pPr>
        <w:pStyle w:val="Punktlista"/>
        <w:spacing w:after="40"/>
      </w:pPr>
      <w:proofErr w:type="spellStart"/>
      <w:r>
        <w:t>Genomförande</w:t>
      </w:r>
      <w:proofErr w:type="spellEnd"/>
      <w:r>
        <w:t xml:space="preserve"> av </w:t>
      </w:r>
      <w:proofErr w:type="spellStart"/>
      <w:r>
        <w:t>utbildningar</w:t>
      </w:r>
      <w:proofErr w:type="spellEnd"/>
      <w:r>
        <w:t xml:space="preserve">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projektledning</w:t>
      </w:r>
      <w:proofErr w:type="spellEnd"/>
      <w:r>
        <w:t xml:space="preserve"> och/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projektstyrning</w:t>
      </w:r>
      <w:proofErr w:type="spellEnd"/>
    </w:p>
    <w:p w14:paraId="201DDA71" w14:textId="77777777" w:rsidR="00222634" w:rsidRDefault="00000000">
      <w:pPr>
        <w:pStyle w:val="Punktlista"/>
        <w:spacing w:after="40"/>
      </w:pPr>
      <w:proofErr w:type="spellStart"/>
      <w:r>
        <w:t>Uppdrag</w:t>
      </w:r>
      <w:proofErr w:type="spellEnd"/>
      <w:r>
        <w:t xml:space="preserve">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offentlig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större</w:t>
      </w:r>
      <w:proofErr w:type="spellEnd"/>
      <w:r>
        <w:t xml:space="preserve"> </w:t>
      </w:r>
      <w:proofErr w:type="spellStart"/>
      <w:r>
        <w:t>organisation</w:t>
      </w:r>
      <w:proofErr w:type="spellEnd"/>
    </w:p>
    <w:p w14:paraId="3451E77C" w14:textId="77777777" w:rsidR="00222634" w:rsidRDefault="00000000">
      <w:pPr>
        <w:spacing w:before="140" w:after="60"/>
      </w:pPr>
      <w:proofErr w:type="spellStart"/>
      <w:proofErr w:type="gramStart"/>
      <w:r>
        <w:rPr>
          <w:b/>
          <w:sz w:val="22"/>
        </w:rPr>
        <w:t>Referensuppdrag</w:t>
      </w:r>
      <w:proofErr w:type="spellEnd"/>
      <w:proofErr w:type="gramEnd"/>
      <w:r>
        <w:rPr>
          <w:b/>
          <w:sz w:val="22"/>
        </w:rPr>
        <w:t xml:space="preserve"> nr 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2D03104F" w14:textId="77777777">
        <w:tc>
          <w:tcPr>
            <w:tcW w:w="10312" w:type="dx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52A4FFF" w14:textId="77777777" w:rsidR="00222634" w:rsidRDefault="00000000">
            <w:proofErr w:type="spellStart"/>
            <w:r>
              <w:rPr>
                <w:i/>
                <w:sz w:val="18"/>
              </w:rPr>
              <w:t>Beskriv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referensuppdraget</w:t>
            </w:r>
            <w:proofErr w:type="spellEnd"/>
            <w:r>
              <w:rPr>
                <w:i/>
                <w:sz w:val="18"/>
              </w:rPr>
              <w:t xml:space="preserve"> och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det </w:t>
            </w:r>
            <w:proofErr w:type="spellStart"/>
            <w:r>
              <w:rPr>
                <w:i/>
                <w:sz w:val="18"/>
              </w:rPr>
              <w:t>uppfyller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ovanstående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</w:t>
            </w:r>
            <w:proofErr w:type="spellEnd"/>
            <w:r>
              <w:rPr>
                <w:i/>
                <w:sz w:val="18"/>
              </w:rPr>
              <w:t>:</w:t>
            </w:r>
          </w:p>
          <w:p w14:paraId="034BBC36" w14:textId="77777777" w:rsidR="00222634" w:rsidRDefault="00000000">
            <w:r>
              <w:t xml:space="preserve"> </w:t>
            </w:r>
          </w:p>
          <w:p w14:paraId="0B801D8A" w14:textId="5E2AFB32" w:rsidR="00222634" w:rsidRDefault="00000000">
            <w:r>
              <w:t xml:space="preserve"> </w:t>
            </w:r>
          </w:p>
          <w:p w14:paraId="4CF9FA45" w14:textId="77777777" w:rsidR="00222634" w:rsidRDefault="00000000">
            <w:r>
              <w:t xml:space="preserve"> </w:t>
            </w:r>
          </w:p>
        </w:tc>
      </w:tr>
    </w:tbl>
    <w:p w14:paraId="69957CCA" w14:textId="77777777" w:rsidR="00222634" w:rsidRDefault="00000000">
      <w:pPr>
        <w:spacing w:before="140" w:after="60"/>
      </w:pPr>
      <w:proofErr w:type="spellStart"/>
      <w:r>
        <w:rPr>
          <w:b/>
          <w:sz w:val="22"/>
        </w:rPr>
        <w:t>Referensuppdrag</w:t>
      </w:r>
      <w:proofErr w:type="spellEnd"/>
      <w:r>
        <w:rPr>
          <w:b/>
          <w:sz w:val="22"/>
        </w:rPr>
        <w:t xml:space="preserve"> nr 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2AFC3B84" w14:textId="77777777">
        <w:tc>
          <w:tcPr>
            <w:tcW w:w="10312" w:type="dx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6E14646" w14:textId="77777777" w:rsidR="00222634" w:rsidRDefault="00000000">
            <w:proofErr w:type="spellStart"/>
            <w:r>
              <w:rPr>
                <w:i/>
                <w:sz w:val="18"/>
              </w:rPr>
              <w:t>Beskriv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referensuppdraget</w:t>
            </w:r>
            <w:proofErr w:type="spellEnd"/>
            <w:r>
              <w:rPr>
                <w:i/>
                <w:sz w:val="18"/>
              </w:rPr>
              <w:t xml:space="preserve"> och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det </w:t>
            </w:r>
            <w:proofErr w:type="spellStart"/>
            <w:r>
              <w:rPr>
                <w:i/>
                <w:sz w:val="18"/>
              </w:rPr>
              <w:t>uppfyller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ovanstående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</w:t>
            </w:r>
            <w:proofErr w:type="spellEnd"/>
            <w:r>
              <w:rPr>
                <w:i/>
                <w:sz w:val="18"/>
              </w:rPr>
              <w:t>:</w:t>
            </w:r>
          </w:p>
          <w:p w14:paraId="2B51ACB2" w14:textId="77777777" w:rsidR="00222634" w:rsidRDefault="00000000">
            <w:r>
              <w:t xml:space="preserve"> </w:t>
            </w:r>
          </w:p>
          <w:p w14:paraId="775AE427" w14:textId="67C29532" w:rsidR="00222634" w:rsidRDefault="00000000">
            <w:r>
              <w:t xml:space="preserve"> </w:t>
            </w:r>
          </w:p>
          <w:p w14:paraId="74EFB4E9" w14:textId="77777777" w:rsidR="00222634" w:rsidRDefault="00000000">
            <w:r>
              <w:t xml:space="preserve"> </w:t>
            </w:r>
          </w:p>
        </w:tc>
      </w:tr>
    </w:tbl>
    <w:p w14:paraId="29840DF2" w14:textId="77777777" w:rsidR="00222634" w:rsidRDefault="00222634"/>
    <w:p w14:paraId="61418D0D" w14:textId="77777777" w:rsidR="001D4E97" w:rsidRDefault="001D4E97"/>
    <w:p w14:paraId="194F34F9" w14:textId="77777777" w:rsidR="001D4E97" w:rsidRDefault="001D4E97"/>
    <w:p w14:paraId="119D3CBE" w14:textId="77777777" w:rsidR="001D4E97" w:rsidRDefault="001D4E9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22634" w14:paraId="0EECE36B" w14:textId="77777777">
        <w:trPr>
          <w:jc w:val="center"/>
        </w:trPr>
        <w:tc>
          <w:tcPr>
            <w:tcW w:w="10312" w:type="dxa"/>
            <w:shd w:val="clear" w:color="auto" w:fill="D9E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A17D255" w14:textId="77777777" w:rsidR="00222634" w:rsidRDefault="00000000">
            <w:pPr>
              <w:spacing w:after="0"/>
            </w:pPr>
            <w:r>
              <w:rPr>
                <w:b/>
                <w:sz w:val="26"/>
              </w:rPr>
              <w:lastRenderedPageBreak/>
              <w:t xml:space="preserve">2. </w:t>
            </w:r>
            <w:proofErr w:type="spellStart"/>
            <w:r>
              <w:rPr>
                <w:b/>
                <w:sz w:val="26"/>
              </w:rPr>
              <w:t>Uppskattad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tidsåtgång</w:t>
            </w:r>
            <w:proofErr w:type="spellEnd"/>
          </w:p>
        </w:tc>
      </w:tr>
    </w:tbl>
    <w:p w14:paraId="30DD3FDC" w14:textId="77777777" w:rsidR="00222634" w:rsidRDefault="00000000">
      <w:pPr>
        <w:spacing w:before="100" w:after="140"/>
      </w:pPr>
      <w:r>
        <w:rPr>
          <w:b/>
        </w:rPr>
        <w:t xml:space="preserve">Ange </w:t>
      </w:r>
      <w:proofErr w:type="spellStart"/>
      <w:r>
        <w:rPr>
          <w:b/>
        </w:rPr>
        <w:t>uppskattad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tidsåtgång</w:t>
      </w:r>
      <w:proofErr w:type="spellEnd"/>
      <w:r>
        <w:rPr>
          <w:b/>
        </w:rPr>
        <w:t xml:space="preserve"> för </w:t>
      </w:r>
      <w:proofErr w:type="spellStart"/>
      <w:r>
        <w:rPr>
          <w:b/>
        </w:rPr>
        <w:t>följande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delar</w:t>
      </w:r>
      <w:proofErr w:type="spellEnd"/>
      <w:r>
        <w:rPr>
          <w:b/>
        </w:rPr>
        <w:t xml:space="preserve">. </w:t>
      </w:r>
      <w:r>
        <w:t xml:space="preserve">Denna del </w:t>
      </w:r>
      <w:proofErr w:type="spellStart"/>
      <w:r>
        <w:t>är</w:t>
      </w:r>
      <w:proofErr w:type="spellEnd"/>
      <w:r>
        <w:t xml:space="preserve"> </w:t>
      </w:r>
      <w:proofErr w:type="spellStart"/>
      <w:r>
        <w:t>separat</w:t>
      </w:r>
      <w:proofErr w:type="spell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referensuppdragen</w:t>
      </w:r>
      <w:proofErr w:type="spellEnd"/>
      <w:r>
        <w:t xml:space="preserve"> </w:t>
      </w:r>
      <w:proofErr w:type="spellStart"/>
      <w:r>
        <w:t>ovan</w:t>
      </w:r>
      <w:proofErr w:type="spellEnd"/>
      <w:r>
        <w:t>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50"/>
        <w:gridCol w:w="5152"/>
      </w:tblGrid>
      <w:tr w:rsidR="00222634" w14:paraId="3FC01633" w14:textId="77777777">
        <w:trPr>
          <w:jc w:val="center"/>
        </w:trPr>
        <w:tc>
          <w:tcPr>
            <w:tcW w:w="5156" w:type="dxa"/>
            <w:shd w:val="clear" w:color="auto" w:fill="EAF0F7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2E7B968" w14:textId="77777777" w:rsidR="00222634" w:rsidRDefault="00000000">
            <w:pPr>
              <w:jc w:val="center"/>
            </w:pPr>
            <w:proofErr w:type="spellStart"/>
            <w:r>
              <w:rPr>
                <w:b/>
              </w:rPr>
              <w:t>Aktivitet</w:t>
            </w:r>
            <w:proofErr w:type="spellEnd"/>
          </w:p>
        </w:tc>
        <w:tc>
          <w:tcPr>
            <w:tcW w:w="5156" w:type="dxa"/>
            <w:shd w:val="clear" w:color="auto" w:fill="EAF0F7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EC0A67D" w14:textId="77777777" w:rsidR="00222634" w:rsidRDefault="00000000">
            <w:pPr>
              <w:jc w:val="center"/>
            </w:pPr>
            <w:proofErr w:type="spellStart"/>
            <w:r>
              <w:rPr>
                <w:b/>
              </w:rPr>
              <w:t>Uppskattad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tidsåtgång</w:t>
            </w:r>
            <w:proofErr w:type="spellEnd"/>
          </w:p>
        </w:tc>
      </w:tr>
      <w:tr w:rsidR="00222634" w14:paraId="7D321F9E" w14:textId="77777777">
        <w:trPr>
          <w:jc w:val="center"/>
        </w:trPr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720880E" w14:textId="77777777" w:rsidR="00222634" w:rsidRDefault="00000000">
            <w:r>
              <w:t xml:space="preserve">Analys och </w:t>
            </w:r>
            <w:proofErr w:type="spellStart"/>
            <w:r>
              <w:t>utbildningsdesign</w:t>
            </w:r>
            <w:proofErr w:type="spellEnd"/>
          </w:p>
        </w:tc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105FA5" w14:textId="49B0167E" w:rsidR="00222634" w:rsidRDefault="00000000">
            <w:pPr>
              <w:jc w:val="center"/>
            </w:pPr>
            <w:r>
              <w:t>____________________________</w:t>
            </w:r>
          </w:p>
        </w:tc>
      </w:tr>
      <w:tr w:rsidR="00222634" w14:paraId="15F8E570" w14:textId="77777777">
        <w:trPr>
          <w:jc w:val="center"/>
        </w:trPr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6F3F912" w14:textId="77777777" w:rsidR="00222634" w:rsidRDefault="00000000">
            <w:proofErr w:type="spellStart"/>
            <w:r>
              <w:t>Materialframtagning</w:t>
            </w:r>
            <w:proofErr w:type="spellEnd"/>
          </w:p>
        </w:tc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8A6E701" w14:textId="77777777" w:rsidR="00222634" w:rsidRDefault="00000000">
            <w:pPr>
              <w:jc w:val="center"/>
            </w:pPr>
            <w:r>
              <w:t>____________________________</w:t>
            </w:r>
          </w:p>
        </w:tc>
      </w:tr>
      <w:tr w:rsidR="00222634" w14:paraId="09B25402" w14:textId="77777777">
        <w:trPr>
          <w:jc w:val="center"/>
        </w:trPr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886A586" w14:textId="77777777" w:rsidR="00222634" w:rsidRDefault="00000000">
            <w:proofErr w:type="spellStart"/>
            <w:r>
              <w:t>Genomförande</w:t>
            </w:r>
            <w:proofErr w:type="spellEnd"/>
          </w:p>
        </w:tc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088C31F" w14:textId="77777777" w:rsidR="00222634" w:rsidRDefault="00000000">
            <w:pPr>
              <w:jc w:val="center"/>
            </w:pPr>
            <w:r>
              <w:t>____________________________</w:t>
            </w:r>
          </w:p>
        </w:tc>
      </w:tr>
      <w:tr w:rsidR="00222634" w14:paraId="2D02746F" w14:textId="77777777">
        <w:trPr>
          <w:jc w:val="center"/>
        </w:trPr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94D78BE" w14:textId="77777777" w:rsidR="00222634" w:rsidRDefault="00000000">
            <w:proofErr w:type="spellStart"/>
            <w:r>
              <w:t>Utvärdering</w:t>
            </w:r>
            <w:proofErr w:type="spellEnd"/>
            <w:r>
              <w:t xml:space="preserve"> och </w:t>
            </w:r>
            <w:proofErr w:type="spellStart"/>
            <w:r>
              <w:t>slutrapport</w:t>
            </w:r>
            <w:proofErr w:type="spellEnd"/>
          </w:p>
        </w:tc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C1DC459" w14:textId="77777777" w:rsidR="00222634" w:rsidRDefault="00000000">
            <w:pPr>
              <w:jc w:val="center"/>
            </w:pPr>
            <w:r>
              <w:t>____________________________</w:t>
            </w:r>
          </w:p>
        </w:tc>
      </w:tr>
    </w:tbl>
    <w:p w14:paraId="52398197" w14:textId="77777777" w:rsidR="00817F33" w:rsidRDefault="00817F33"/>
    <w:sectPr w:rsidR="00817F33" w:rsidSect="00034616">
      <w:headerReference w:type="default" r:id="rId8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DC72" w14:textId="77777777" w:rsidR="00A741B4" w:rsidRDefault="00A741B4" w:rsidP="00E31799">
      <w:pPr>
        <w:spacing w:after="0" w:line="240" w:lineRule="auto"/>
      </w:pPr>
      <w:r>
        <w:separator/>
      </w:r>
    </w:p>
  </w:endnote>
  <w:endnote w:type="continuationSeparator" w:id="0">
    <w:p w14:paraId="6D93F3DD" w14:textId="77777777" w:rsidR="00A741B4" w:rsidRDefault="00A741B4" w:rsidP="00E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E1C0" w14:textId="77777777" w:rsidR="00A741B4" w:rsidRDefault="00A741B4" w:rsidP="00E31799">
      <w:pPr>
        <w:spacing w:after="0" w:line="240" w:lineRule="auto"/>
      </w:pPr>
      <w:r>
        <w:separator/>
      </w:r>
    </w:p>
  </w:footnote>
  <w:footnote w:type="continuationSeparator" w:id="0">
    <w:p w14:paraId="702C8C9F" w14:textId="77777777" w:rsidR="00A741B4" w:rsidRDefault="00A741B4" w:rsidP="00E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84DB" w14:textId="7DAC751C" w:rsidR="00E31799" w:rsidRPr="00E31799" w:rsidRDefault="00E31799" w:rsidP="00E31799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159C12" wp14:editId="08B1341C">
          <wp:simplePos x="0" y="0"/>
          <wp:positionH relativeFrom="column">
            <wp:posOffset>5542060</wp:posOffset>
          </wp:positionH>
          <wp:positionV relativeFrom="paragraph">
            <wp:posOffset>-353999</wp:posOffset>
          </wp:positionV>
          <wp:extent cx="1476375" cy="434340"/>
          <wp:effectExtent l="0" t="0" r="9525" b="3810"/>
          <wp:wrapNone/>
          <wp:docPr id="442439447" name="Bildobjekt 1" descr="En bild som visar Grafik, Teckensnitt, logotyp, viole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439447" name="Bildobjekt 1" descr="En bild som visar Grafik, Teckensnitt, logotyp, viole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2441168">
    <w:abstractNumId w:val="8"/>
  </w:num>
  <w:num w:numId="2" w16cid:durableId="225917746">
    <w:abstractNumId w:val="6"/>
  </w:num>
  <w:num w:numId="3" w16cid:durableId="1908609268">
    <w:abstractNumId w:val="5"/>
  </w:num>
  <w:num w:numId="4" w16cid:durableId="238174132">
    <w:abstractNumId w:val="4"/>
  </w:num>
  <w:num w:numId="5" w16cid:durableId="1804537080">
    <w:abstractNumId w:val="7"/>
  </w:num>
  <w:num w:numId="6" w16cid:durableId="593780646">
    <w:abstractNumId w:val="3"/>
  </w:num>
  <w:num w:numId="7" w16cid:durableId="1290476496">
    <w:abstractNumId w:val="2"/>
  </w:num>
  <w:num w:numId="8" w16cid:durableId="28074897">
    <w:abstractNumId w:val="1"/>
  </w:num>
  <w:num w:numId="9" w16cid:durableId="73983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4E97"/>
    <w:rsid w:val="00222634"/>
    <w:rsid w:val="0029639D"/>
    <w:rsid w:val="00326F90"/>
    <w:rsid w:val="00427813"/>
    <w:rsid w:val="00434043"/>
    <w:rsid w:val="006E02DE"/>
    <w:rsid w:val="00774876"/>
    <w:rsid w:val="00817F33"/>
    <w:rsid w:val="009C7B65"/>
    <w:rsid w:val="00A741B4"/>
    <w:rsid w:val="00AA1D8D"/>
    <w:rsid w:val="00B47730"/>
    <w:rsid w:val="00CB0664"/>
    <w:rsid w:val="00E317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9CF6E"/>
  <w14:defaultImageDpi w14:val="300"/>
  <w15:docId w15:val="{9881B6D3-B98C-4296-BDD3-2EE3882B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Caroline Molin</cp:lastModifiedBy>
  <cp:revision>2</cp:revision>
  <dcterms:created xsi:type="dcterms:W3CDTF">2026-08-18T13:49:00Z</dcterms:created>
  <dcterms:modified xsi:type="dcterms:W3CDTF">2026-08-18T13:49:00Z</dcterms:modified>
  <cp:category/>
</cp:coreProperties>
</file>