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B6E20" w14:textId="2E4C3A4C" w:rsidR="00222634" w:rsidRDefault="00000000">
      <w:pPr>
        <w:spacing w:after="40"/>
        <w:jc w:val="center"/>
      </w:pPr>
      <w:proofErr w:type="spellStart"/>
      <w:r>
        <w:rPr>
          <w:b/>
          <w:sz w:val="36"/>
        </w:rPr>
        <w:t>Offert</w:t>
      </w:r>
      <w:proofErr w:type="spellEnd"/>
      <w:r>
        <w:rPr>
          <w:b/>
          <w:sz w:val="36"/>
        </w:rPr>
        <w:t xml:space="preserve"> – </w:t>
      </w:r>
      <w:proofErr w:type="spellStart"/>
      <w:r w:rsidR="00B22E78">
        <w:rPr>
          <w:b/>
          <w:sz w:val="36"/>
        </w:rPr>
        <w:t>Helsingborgs</w:t>
      </w:r>
      <w:proofErr w:type="spellEnd"/>
      <w:r w:rsidR="00B22E78">
        <w:rPr>
          <w:b/>
          <w:sz w:val="36"/>
        </w:rPr>
        <w:t xml:space="preserve"> </w:t>
      </w:r>
      <w:proofErr w:type="spellStart"/>
      <w:r w:rsidR="00B22E78">
        <w:rPr>
          <w:b/>
          <w:sz w:val="36"/>
        </w:rPr>
        <w:t>stad</w:t>
      </w:r>
      <w:proofErr w:type="spellEnd"/>
    </w:p>
    <w:p w14:paraId="255CA86E" w14:textId="420D434E" w:rsidR="00222634" w:rsidRDefault="00000000">
      <w:pPr>
        <w:spacing w:after="240"/>
        <w:jc w:val="center"/>
      </w:pPr>
      <w:proofErr w:type="spellStart"/>
      <w:r>
        <w:rPr>
          <w:b/>
          <w:sz w:val="22"/>
        </w:rPr>
        <w:t>Förfrågan</w:t>
      </w:r>
      <w:proofErr w:type="spellEnd"/>
      <w:r>
        <w:rPr>
          <w:b/>
          <w:sz w:val="22"/>
        </w:rPr>
        <w:t xml:space="preserve">: </w:t>
      </w:r>
      <w:r w:rsidR="00851D59" w:rsidRPr="00851D59">
        <w:rPr>
          <w:b/>
          <w:sz w:val="22"/>
        </w:rPr>
        <w:t xml:space="preserve">IT </w:t>
      </w:r>
      <w:proofErr w:type="spellStart"/>
      <w:r w:rsidR="00851D59" w:rsidRPr="00851D59">
        <w:rPr>
          <w:b/>
          <w:sz w:val="22"/>
        </w:rPr>
        <w:t>projektledare</w:t>
      </w:r>
      <w:proofErr w:type="spellEnd"/>
      <w:r w:rsidR="00851D59" w:rsidRPr="00851D59">
        <w:rPr>
          <w:b/>
          <w:sz w:val="22"/>
        </w:rPr>
        <w:t xml:space="preserve"> - Data Engineer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5101"/>
        <w:gridCol w:w="4836"/>
      </w:tblGrid>
      <w:tr w:rsidR="00222634" w14:paraId="5C187027" w14:textId="77777777" w:rsidTr="001D4E97">
        <w:trPr>
          <w:trHeight w:val="218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B63F87" w14:textId="77777777" w:rsidR="00222634" w:rsidRDefault="00000000">
            <w:proofErr w:type="spellStart"/>
            <w:r>
              <w:rPr>
                <w:b/>
              </w:rPr>
              <w:t>Bolag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B00764" w14:textId="743926EB" w:rsidR="00222634" w:rsidRDefault="00000000">
            <w:r>
              <w:t xml:space="preserve"> </w:t>
            </w:r>
          </w:p>
        </w:tc>
      </w:tr>
      <w:tr w:rsidR="00222634" w14:paraId="5CA061FE" w14:textId="77777777" w:rsidTr="001D4E97">
        <w:trPr>
          <w:trHeight w:val="207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93666E" w14:textId="77777777" w:rsidR="00222634" w:rsidRDefault="00000000">
            <w:proofErr w:type="spellStart"/>
            <w:r>
              <w:rPr>
                <w:b/>
              </w:rPr>
              <w:t>Konsultnamn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CD50C5" w14:textId="77777777" w:rsidR="00222634" w:rsidRDefault="00000000">
            <w:r>
              <w:t xml:space="preserve"> </w:t>
            </w:r>
          </w:p>
        </w:tc>
      </w:tr>
      <w:tr w:rsidR="00222634" w14:paraId="60B49456" w14:textId="77777777" w:rsidTr="001D4E97">
        <w:trPr>
          <w:trHeight w:val="218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DC319B" w14:textId="77777777" w:rsidR="00222634" w:rsidRDefault="00000000">
            <w:r>
              <w:rPr>
                <w:b/>
              </w:rPr>
              <w:t>Leverantörspris/h: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67C31B" w14:textId="77777777" w:rsidR="00222634" w:rsidRDefault="00000000">
            <w:r>
              <w:t xml:space="preserve"> </w:t>
            </w:r>
          </w:p>
        </w:tc>
      </w:tr>
      <w:tr w:rsidR="00222634" w14:paraId="43880DC1" w14:textId="77777777" w:rsidTr="001D4E97">
        <w:trPr>
          <w:trHeight w:val="218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AB838F" w14:textId="77777777" w:rsidR="00222634" w:rsidRDefault="00000000">
            <w:proofErr w:type="spellStart"/>
            <w:r>
              <w:rPr>
                <w:b/>
              </w:rPr>
              <w:t>Tillgänglighet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E2B008" w14:textId="77777777" w:rsidR="00222634" w:rsidRDefault="00000000">
            <w:r>
              <w:t xml:space="preserve"> </w:t>
            </w:r>
          </w:p>
        </w:tc>
      </w:tr>
      <w:tr w:rsidR="00222634" w14:paraId="73EF5523" w14:textId="77777777" w:rsidTr="001D4E97">
        <w:trPr>
          <w:trHeight w:val="207"/>
          <w:jc w:val="center"/>
        </w:trPr>
        <w:tc>
          <w:tcPr>
            <w:tcW w:w="5101" w:type="dxa"/>
            <w:shd w:val="clear" w:color="auto" w:fill="EAF0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847FDA" w14:textId="77777777" w:rsidR="00222634" w:rsidRDefault="00000000">
            <w:r>
              <w:rPr>
                <w:b/>
              </w:rPr>
              <w:t>Pris/h (</w:t>
            </w:r>
            <w:proofErr w:type="spellStart"/>
            <w:r>
              <w:rPr>
                <w:b/>
              </w:rPr>
              <w:t>inklusive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Levigo</w:t>
            </w:r>
            <w:proofErr w:type="spellEnd"/>
            <w:r>
              <w:rPr>
                <w:b/>
              </w:rPr>
              <w:t>-marginal):</w:t>
            </w:r>
          </w:p>
        </w:tc>
        <w:tc>
          <w:tcPr>
            <w:tcW w:w="48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29A6C2" w14:textId="77777777" w:rsidR="00222634" w:rsidRDefault="00000000">
            <w:proofErr w:type="spellStart"/>
            <w:proofErr w:type="gramStart"/>
            <w:r>
              <w:rPr>
                <w:i/>
                <w:sz w:val="18"/>
              </w:rPr>
              <w:t>Fylls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i</w:t>
            </w:r>
            <w:proofErr w:type="spellEnd"/>
            <w:proofErr w:type="gramEnd"/>
            <w:r>
              <w:rPr>
                <w:i/>
                <w:sz w:val="18"/>
              </w:rPr>
              <w:t xml:space="preserve"> av </w:t>
            </w:r>
            <w:proofErr w:type="spellStart"/>
            <w:r>
              <w:rPr>
                <w:i/>
                <w:sz w:val="18"/>
              </w:rPr>
              <w:t>Levigo</w:t>
            </w:r>
            <w:proofErr w:type="spellEnd"/>
          </w:p>
        </w:tc>
      </w:tr>
    </w:tbl>
    <w:p w14:paraId="56A6AFED" w14:textId="77777777" w:rsidR="00222634" w:rsidRDefault="00222634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222634" w14:paraId="54AE2152" w14:textId="77777777" w:rsidTr="00E31799">
        <w:trPr>
          <w:trHeight w:val="328"/>
        </w:trPr>
        <w:tc>
          <w:tcPr>
            <w:tcW w:w="10356" w:type="dxa"/>
            <w:shd w:val="clear" w:color="auto" w:fill="D9E4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B7FE93" w14:textId="77777777" w:rsidR="00222634" w:rsidRDefault="00000000">
            <w:pPr>
              <w:spacing w:after="0"/>
            </w:pPr>
            <w:r>
              <w:rPr>
                <w:b/>
                <w:sz w:val="26"/>
              </w:rPr>
              <w:t>Skall-</w:t>
            </w:r>
            <w:proofErr w:type="spellStart"/>
            <w:r>
              <w:rPr>
                <w:b/>
                <w:sz w:val="26"/>
              </w:rPr>
              <w:t>krav</w:t>
            </w:r>
            <w:proofErr w:type="spellEnd"/>
          </w:p>
        </w:tc>
      </w:tr>
    </w:tbl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14:paraId="5B117531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41316A" w14:textId="66150CAB" w:rsidR="00222634" w:rsidRDefault="00386C67">
            <w:proofErr w:type="spellStart"/>
            <w:r w:rsidRPr="00386C67">
              <w:rPr>
                <w:b/>
              </w:rPr>
              <w:t>Konsulten</w:t>
            </w:r>
            <w:proofErr w:type="spellEnd"/>
            <w:r w:rsidRPr="00386C67">
              <w:rPr>
                <w:b/>
              </w:rPr>
              <w:t xml:space="preserve"> ska</w:t>
            </w:r>
            <w:r w:rsidR="00851D59">
              <w:rPr>
                <w:b/>
              </w:rPr>
              <w:t xml:space="preserve"> ha g</w:t>
            </w:r>
            <w:r w:rsidR="00851D59" w:rsidRPr="00851D59">
              <w:rPr>
                <w:b/>
              </w:rPr>
              <w:t xml:space="preserve">od </w:t>
            </w:r>
            <w:proofErr w:type="spellStart"/>
            <w:r w:rsidR="00851D59" w:rsidRPr="00851D59">
              <w:rPr>
                <w:b/>
              </w:rPr>
              <w:t>erfarenhet</w:t>
            </w:r>
            <w:proofErr w:type="spellEnd"/>
            <w:r w:rsidR="00851D59" w:rsidRPr="00851D59">
              <w:rPr>
                <w:b/>
              </w:rPr>
              <w:t xml:space="preserve"> av </w:t>
            </w:r>
            <w:proofErr w:type="spellStart"/>
            <w:r w:rsidR="00851D59" w:rsidRPr="00851D59">
              <w:rPr>
                <w:b/>
              </w:rPr>
              <w:t>att</w:t>
            </w:r>
            <w:proofErr w:type="spellEnd"/>
            <w:r w:rsidR="00851D59" w:rsidRPr="00851D59">
              <w:rPr>
                <w:b/>
              </w:rPr>
              <w:t xml:space="preserve"> </w:t>
            </w:r>
            <w:proofErr w:type="spellStart"/>
            <w:r w:rsidR="00851D59" w:rsidRPr="00851D59">
              <w:rPr>
                <w:b/>
              </w:rPr>
              <w:t>designa</w:t>
            </w:r>
            <w:proofErr w:type="spellEnd"/>
            <w:r w:rsidR="00851D59" w:rsidRPr="00851D59">
              <w:rPr>
                <w:b/>
              </w:rPr>
              <w:t xml:space="preserve"> och </w:t>
            </w:r>
            <w:proofErr w:type="spellStart"/>
            <w:r w:rsidR="00851D59" w:rsidRPr="00851D59">
              <w:rPr>
                <w:b/>
              </w:rPr>
              <w:t>implementera</w:t>
            </w:r>
            <w:proofErr w:type="spellEnd"/>
            <w:r w:rsidR="00851D59" w:rsidRPr="00851D59">
              <w:rPr>
                <w:b/>
              </w:rPr>
              <w:t xml:space="preserve"> ETL-</w:t>
            </w:r>
            <w:proofErr w:type="spellStart"/>
            <w:r w:rsidR="00851D59" w:rsidRPr="00851D59">
              <w:rPr>
                <w:b/>
              </w:rPr>
              <w:t>flöden</w:t>
            </w:r>
            <w:proofErr w:type="spellEnd"/>
            <w:r w:rsidR="00851D59" w:rsidRPr="00851D59">
              <w:rPr>
                <w:b/>
              </w:rPr>
              <w:t xml:space="preserve"> för integration, transformation och </w:t>
            </w:r>
            <w:proofErr w:type="spellStart"/>
            <w:r w:rsidR="00851D59" w:rsidRPr="00851D59">
              <w:rPr>
                <w:b/>
              </w:rPr>
              <w:t>konsolidering</w:t>
            </w:r>
            <w:proofErr w:type="spellEnd"/>
            <w:r w:rsidR="00851D59" w:rsidRPr="00851D59">
              <w:rPr>
                <w:b/>
              </w:rPr>
              <w:t xml:space="preserve"> av data.</w:t>
            </w:r>
          </w:p>
        </w:tc>
      </w:tr>
      <w:tr w:rsidR="00222634" w14:paraId="4085F119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C9AFCB" w14:textId="77777777" w:rsidR="00222634" w:rsidRDefault="00000000">
            <w:proofErr w:type="spellStart"/>
            <w:r>
              <w:rPr>
                <w:i/>
                <w:sz w:val="18"/>
              </w:rPr>
              <w:t>Redogör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här</w:t>
            </w:r>
            <w:proofErr w:type="spellEnd"/>
            <w:r>
              <w:rPr>
                <w:i/>
                <w:sz w:val="18"/>
              </w:rPr>
              <w:t xml:space="preserve"> för </w:t>
            </w:r>
            <w:proofErr w:type="spellStart"/>
            <w:r>
              <w:rPr>
                <w:i/>
                <w:sz w:val="18"/>
              </w:rPr>
              <w:t>hur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kravet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uppfylls</w:t>
            </w:r>
            <w:proofErr w:type="spellEnd"/>
            <w:r>
              <w:rPr>
                <w:i/>
                <w:sz w:val="18"/>
              </w:rPr>
              <w:t>.</w:t>
            </w:r>
          </w:p>
          <w:p w14:paraId="1F69D42B" w14:textId="77777777" w:rsidR="00222634" w:rsidRDefault="00000000">
            <w:r>
              <w:t xml:space="preserve"> </w:t>
            </w:r>
          </w:p>
          <w:p w14:paraId="39FD2BCC" w14:textId="6F4D8F1E" w:rsidR="00222634" w:rsidRDefault="00000000">
            <w:r>
              <w:t xml:space="preserve"> </w:t>
            </w:r>
          </w:p>
        </w:tc>
      </w:tr>
    </w:tbl>
    <w:p w14:paraId="6D7F2A90" w14:textId="77777777" w:rsidR="00222634" w:rsidRDefault="00222634">
      <w:pPr>
        <w:spacing w:after="20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14:paraId="49CA3464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90D863" w14:textId="3EA05F73" w:rsidR="00222634" w:rsidRDefault="00B22E78">
            <w:proofErr w:type="spellStart"/>
            <w:r w:rsidRPr="00B22E78">
              <w:rPr>
                <w:b/>
              </w:rPr>
              <w:t>Konsulten</w:t>
            </w:r>
            <w:proofErr w:type="spellEnd"/>
            <w:r w:rsidRPr="00B22E78">
              <w:rPr>
                <w:b/>
              </w:rPr>
              <w:t xml:space="preserve"> ska ha </w:t>
            </w:r>
            <w:proofErr w:type="spellStart"/>
            <w:r w:rsidR="00386C67">
              <w:rPr>
                <w:b/>
              </w:rPr>
              <w:t>g</w:t>
            </w:r>
            <w:r w:rsidR="00386C67" w:rsidRPr="00386C67">
              <w:rPr>
                <w:b/>
              </w:rPr>
              <w:t>oda</w:t>
            </w:r>
            <w:proofErr w:type="spellEnd"/>
            <w:r w:rsidR="00386C67" w:rsidRPr="00386C67">
              <w:rPr>
                <w:b/>
              </w:rPr>
              <w:t xml:space="preserve"> </w:t>
            </w:r>
            <w:proofErr w:type="spellStart"/>
            <w:r w:rsidR="00386C67" w:rsidRPr="00386C67">
              <w:rPr>
                <w:b/>
              </w:rPr>
              <w:t>kunskaper</w:t>
            </w:r>
            <w:proofErr w:type="spellEnd"/>
            <w:r w:rsidR="00386C67" w:rsidRPr="00386C67">
              <w:rPr>
                <w:b/>
              </w:rPr>
              <w:t xml:space="preserve"> </w:t>
            </w:r>
            <w:proofErr w:type="spellStart"/>
            <w:r w:rsidR="00386C67" w:rsidRPr="00386C67">
              <w:rPr>
                <w:b/>
              </w:rPr>
              <w:t>i</w:t>
            </w:r>
            <w:proofErr w:type="spellEnd"/>
            <w:r w:rsidR="00386C67" w:rsidRPr="00386C67">
              <w:rPr>
                <w:b/>
              </w:rPr>
              <w:t xml:space="preserve"> SQL </w:t>
            </w:r>
            <w:proofErr w:type="spellStart"/>
            <w:r w:rsidR="00386C67" w:rsidRPr="00386C67">
              <w:rPr>
                <w:b/>
              </w:rPr>
              <w:t>samt</w:t>
            </w:r>
            <w:proofErr w:type="spellEnd"/>
            <w:r w:rsidR="00386C67" w:rsidRPr="00386C67">
              <w:rPr>
                <w:b/>
              </w:rPr>
              <w:t xml:space="preserve"> </w:t>
            </w:r>
            <w:proofErr w:type="spellStart"/>
            <w:r w:rsidR="00386C67" w:rsidRPr="00386C67">
              <w:rPr>
                <w:b/>
              </w:rPr>
              <w:t>erfarenhet</w:t>
            </w:r>
            <w:proofErr w:type="spellEnd"/>
            <w:r w:rsidR="00386C67" w:rsidRPr="00386C67">
              <w:rPr>
                <w:b/>
              </w:rPr>
              <w:t xml:space="preserve"> av </w:t>
            </w:r>
            <w:proofErr w:type="spellStart"/>
            <w:r w:rsidR="00386C67" w:rsidRPr="00386C67">
              <w:rPr>
                <w:b/>
              </w:rPr>
              <w:t>utveckling</w:t>
            </w:r>
            <w:proofErr w:type="spellEnd"/>
            <w:r w:rsidR="00386C67" w:rsidRPr="00386C67">
              <w:rPr>
                <w:b/>
              </w:rPr>
              <w:t xml:space="preserve"> </w:t>
            </w:r>
            <w:proofErr w:type="spellStart"/>
            <w:r w:rsidR="00386C67" w:rsidRPr="00386C67">
              <w:rPr>
                <w:b/>
              </w:rPr>
              <w:t>i</w:t>
            </w:r>
            <w:proofErr w:type="spellEnd"/>
            <w:r w:rsidR="00386C67" w:rsidRPr="00386C67">
              <w:rPr>
                <w:b/>
              </w:rPr>
              <w:t xml:space="preserve"> Microsoft SQL-</w:t>
            </w:r>
            <w:proofErr w:type="spellStart"/>
            <w:r w:rsidR="00386C67" w:rsidRPr="00386C67">
              <w:rPr>
                <w:b/>
              </w:rPr>
              <w:t>databaser</w:t>
            </w:r>
            <w:proofErr w:type="spellEnd"/>
            <w:r w:rsidR="00386C67" w:rsidRPr="00386C67">
              <w:rPr>
                <w:b/>
              </w:rPr>
              <w:t>.</w:t>
            </w:r>
          </w:p>
        </w:tc>
      </w:tr>
      <w:tr w:rsidR="00222634" w14:paraId="3EB2E5BD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48C5C7" w14:textId="77777777" w:rsidR="00222634" w:rsidRDefault="00000000">
            <w:proofErr w:type="spellStart"/>
            <w:r>
              <w:rPr>
                <w:i/>
                <w:sz w:val="18"/>
              </w:rPr>
              <w:t>Redogör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här</w:t>
            </w:r>
            <w:proofErr w:type="spellEnd"/>
            <w:r>
              <w:rPr>
                <w:i/>
                <w:sz w:val="18"/>
              </w:rPr>
              <w:t xml:space="preserve"> för </w:t>
            </w:r>
            <w:proofErr w:type="spellStart"/>
            <w:r>
              <w:rPr>
                <w:i/>
                <w:sz w:val="18"/>
              </w:rPr>
              <w:t>hur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kravet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uppfylls</w:t>
            </w:r>
            <w:proofErr w:type="spellEnd"/>
            <w:r>
              <w:rPr>
                <w:i/>
                <w:sz w:val="18"/>
              </w:rPr>
              <w:t>.</w:t>
            </w:r>
          </w:p>
          <w:p w14:paraId="1BD86140" w14:textId="77777777" w:rsidR="00222634" w:rsidRDefault="00000000">
            <w:r>
              <w:t xml:space="preserve"> </w:t>
            </w:r>
          </w:p>
          <w:p w14:paraId="571794C3" w14:textId="77777777" w:rsidR="00222634" w:rsidRDefault="00000000">
            <w:r>
              <w:t xml:space="preserve"> </w:t>
            </w:r>
          </w:p>
        </w:tc>
      </w:tr>
    </w:tbl>
    <w:p w14:paraId="702468E3" w14:textId="77777777" w:rsidR="00222634" w:rsidRDefault="00222634">
      <w:pPr>
        <w:spacing w:after="20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14:paraId="77B855E7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D8B584" w14:textId="1F2A59F1" w:rsidR="00222634" w:rsidRDefault="00B22E78">
            <w:proofErr w:type="spellStart"/>
            <w:r w:rsidRPr="00B22E78">
              <w:rPr>
                <w:b/>
              </w:rPr>
              <w:t>Konsulten</w:t>
            </w:r>
            <w:proofErr w:type="spellEnd"/>
            <w:r w:rsidRPr="00B22E78">
              <w:rPr>
                <w:b/>
              </w:rPr>
              <w:t xml:space="preserve"> ska </w:t>
            </w:r>
            <w:r w:rsidR="0047155B">
              <w:rPr>
                <w:b/>
              </w:rPr>
              <w:t>ha g</w:t>
            </w:r>
            <w:r w:rsidR="0047155B" w:rsidRPr="0047155B">
              <w:rPr>
                <w:b/>
              </w:rPr>
              <w:t xml:space="preserve">od </w:t>
            </w:r>
            <w:proofErr w:type="spellStart"/>
            <w:r w:rsidR="0047155B" w:rsidRPr="0047155B">
              <w:rPr>
                <w:b/>
              </w:rPr>
              <w:t>förståelse</w:t>
            </w:r>
            <w:proofErr w:type="spellEnd"/>
            <w:r w:rsidR="0047155B" w:rsidRPr="0047155B">
              <w:rPr>
                <w:b/>
              </w:rPr>
              <w:t xml:space="preserve"> för </w:t>
            </w:r>
            <w:proofErr w:type="spellStart"/>
            <w:r w:rsidR="0047155B" w:rsidRPr="0047155B">
              <w:rPr>
                <w:b/>
              </w:rPr>
              <w:t>datamodellering</w:t>
            </w:r>
            <w:proofErr w:type="spellEnd"/>
            <w:r w:rsidR="0047155B" w:rsidRPr="0047155B">
              <w:rPr>
                <w:b/>
              </w:rPr>
              <w:t xml:space="preserve">, </w:t>
            </w:r>
            <w:proofErr w:type="spellStart"/>
            <w:r w:rsidR="0047155B" w:rsidRPr="0047155B">
              <w:rPr>
                <w:b/>
              </w:rPr>
              <w:t>prestandafrågor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samt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möjligheter</w:t>
            </w:r>
            <w:proofErr w:type="spellEnd"/>
            <w:r w:rsidR="0047155B" w:rsidRPr="0047155B">
              <w:rPr>
                <w:b/>
              </w:rPr>
              <w:t xml:space="preserve"> till </w:t>
            </w:r>
            <w:proofErr w:type="spellStart"/>
            <w:r w:rsidR="0047155B" w:rsidRPr="0047155B">
              <w:rPr>
                <w:b/>
              </w:rPr>
              <w:t>optimering</w:t>
            </w:r>
            <w:proofErr w:type="spellEnd"/>
            <w:r w:rsidR="0047155B" w:rsidRPr="0047155B">
              <w:rPr>
                <w:b/>
              </w:rPr>
              <w:t>.</w:t>
            </w:r>
          </w:p>
        </w:tc>
      </w:tr>
      <w:tr w:rsidR="00222634" w14:paraId="3CFBA39D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C46DA9" w14:textId="77777777" w:rsidR="00222634" w:rsidRDefault="00000000">
            <w:proofErr w:type="spellStart"/>
            <w:r>
              <w:rPr>
                <w:i/>
                <w:sz w:val="18"/>
              </w:rPr>
              <w:t>Redogör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här</w:t>
            </w:r>
            <w:proofErr w:type="spellEnd"/>
            <w:r>
              <w:rPr>
                <w:i/>
                <w:sz w:val="18"/>
              </w:rPr>
              <w:t xml:space="preserve"> för </w:t>
            </w:r>
            <w:proofErr w:type="spellStart"/>
            <w:r>
              <w:rPr>
                <w:i/>
                <w:sz w:val="18"/>
              </w:rPr>
              <w:t>hur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kravet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uppfylls</w:t>
            </w:r>
            <w:proofErr w:type="spellEnd"/>
            <w:r>
              <w:rPr>
                <w:i/>
                <w:sz w:val="18"/>
              </w:rPr>
              <w:t>.</w:t>
            </w:r>
          </w:p>
          <w:p w14:paraId="0BAFD838" w14:textId="77777777" w:rsidR="00222634" w:rsidRDefault="00000000">
            <w:r>
              <w:t xml:space="preserve"> </w:t>
            </w:r>
          </w:p>
          <w:p w14:paraId="74069E81" w14:textId="77777777" w:rsidR="00222634" w:rsidRDefault="00000000">
            <w:r>
              <w:t xml:space="preserve"> </w:t>
            </w:r>
          </w:p>
        </w:tc>
      </w:tr>
    </w:tbl>
    <w:p w14:paraId="1CC0957B" w14:textId="77777777" w:rsidR="00222634" w:rsidRDefault="00222634">
      <w:pPr>
        <w:spacing w:after="20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14:paraId="007EEF40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334230" w14:textId="07C5DD12" w:rsidR="00222634" w:rsidRDefault="00B22E78">
            <w:proofErr w:type="spellStart"/>
            <w:r w:rsidRPr="00B22E78">
              <w:rPr>
                <w:b/>
              </w:rPr>
              <w:t>Konsulten</w:t>
            </w:r>
            <w:proofErr w:type="spellEnd"/>
            <w:r w:rsidRPr="00B22E78">
              <w:rPr>
                <w:b/>
              </w:rPr>
              <w:t xml:space="preserve"> ska </w:t>
            </w:r>
            <w:r w:rsidR="0047155B">
              <w:rPr>
                <w:b/>
              </w:rPr>
              <w:t xml:space="preserve">ha </w:t>
            </w:r>
            <w:proofErr w:type="spellStart"/>
            <w:r w:rsidR="0047155B">
              <w:rPr>
                <w:b/>
              </w:rPr>
              <w:t>f</w:t>
            </w:r>
            <w:r w:rsidR="0047155B" w:rsidRPr="0047155B">
              <w:rPr>
                <w:b/>
              </w:rPr>
              <w:t>örmåga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att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analysera</w:t>
            </w:r>
            <w:proofErr w:type="spellEnd"/>
            <w:r w:rsidR="0047155B" w:rsidRPr="0047155B">
              <w:rPr>
                <w:b/>
              </w:rPr>
              <w:t xml:space="preserve"> och </w:t>
            </w:r>
            <w:proofErr w:type="spellStart"/>
            <w:r w:rsidR="0047155B" w:rsidRPr="0047155B">
              <w:rPr>
                <w:b/>
              </w:rPr>
              <w:t>förstå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vad</w:t>
            </w:r>
            <w:proofErr w:type="spellEnd"/>
            <w:r w:rsidR="0047155B" w:rsidRPr="0047155B">
              <w:rPr>
                <w:b/>
              </w:rPr>
              <w:t xml:space="preserve"> data </w:t>
            </w:r>
            <w:proofErr w:type="spellStart"/>
            <w:r w:rsidR="0047155B" w:rsidRPr="0047155B">
              <w:rPr>
                <w:b/>
              </w:rPr>
              <w:t>i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äldre</w:t>
            </w:r>
            <w:proofErr w:type="spellEnd"/>
            <w:r w:rsidR="0047155B" w:rsidRPr="0047155B">
              <w:rPr>
                <w:b/>
              </w:rPr>
              <w:t xml:space="preserve"> system </w:t>
            </w:r>
            <w:proofErr w:type="spellStart"/>
            <w:r w:rsidR="0047155B" w:rsidRPr="0047155B">
              <w:rPr>
                <w:b/>
              </w:rPr>
              <w:t>faktiskt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betyder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samt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dokumentera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regler</w:t>
            </w:r>
            <w:proofErr w:type="spellEnd"/>
            <w:r w:rsidR="0047155B" w:rsidRPr="0047155B">
              <w:rPr>
                <w:b/>
              </w:rPr>
              <w:t xml:space="preserve"> och </w:t>
            </w:r>
            <w:proofErr w:type="spellStart"/>
            <w:r w:rsidR="0047155B" w:rsidRPr="0047155B">
              <w:rPr>
                <w:b/>
              </w:rPr>
              <w:t>logik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som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finns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inbäddade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i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kod</w:t>
            </w:r>
            <w:proofErr w:type="spellEnd"/>
            <w:r w:rsidR="0047155B" w:rsidRPr="0047155B">
              <w:rPr>
                <w:b/>
              </w:rPr>
              <w:t xml:space="preserve">, </w:t>
            </w:r>
            <w:proofErr w:type="spellStart"/>
            <w:r w:rsidR="0047155B" w:rsidRPr="0047155B">
              <w:rPr>
                <w:b/>
              </w:rPr>
              <w:t>vyer</w:t>
            </w:r>
            <w:proofErr w:type="spellEnd"/>
            <w:r w:rsidR="0047155B" w:rsidRPr="0047155B">
              <w:rPr>
                <w:b/>
              </w:rPr>
              <w:t xml:space="preserve"> och </w:t>
            </w:r>
            <w:proofErr w:type="spellStart"/>
            <w:r w:rsidR="0047155B" w:rsidRPr="0047155B">
              <w:rPr>
                <w:b/>
              </w:rPr>
              <w:t>rapporter</w:t>
            </w:r>
            <w:proofErr w:type="spellEnd"/>
            <w:r w:rsidR="0047155B" w:rsidRPr="0047155B">
              <w:rPr>
                <w:b/>
              </w:rPr>
              <w:t>.</w:t>
            </w:r>
          </w:p>
        </w:tc>
      </w:tr>
      <w:tr w:rsidR="00222634" w14:paraId="7C891453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AD2C7D" w14:textId="77777777" w:rsidR="00222634" w:rsidRDefault="00000000">
            <w:proofErr w:type="spellStart"/>
            <w:r>
              <w:rPr>
                <w:i/>
                <w:sz w:val="18"/>
              </w:rPr>
              <w:t>Redogör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här</w:t>
            </w:r>
            <w:proofErr w:type="spellEnd"/>
            <w:r>
              <w:rPr>
                <w:i/>
                <w:sz w:val="18"/>
              </w:rPr>
              <w:t xml:space="preserve"> för </w:t>
            </w:r>
            <w:proofErr w:type="spellStart"/>
            <w:r>
              <w:rPr>
                <w:i/>
                <w:sz w:val="18"/>
              </w:rPr>
              <w:t>hur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kravet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uppfylls</w:t>
            </w:r>
            <w:proofErr w:type="spellEnd"/>
            <w:r>
              <w:rPr>
                <w:i/>
                <w:sz w:val="18"/>
              </w:rPr>
              <w:t>.</w:t>
            </w:r>
          </w:p>
          <w:p w14:paraId="2E9080C4" w14:textId="77777777" w:rsidR="00222634" w:rsidRDefault="00000000">
            <w:r>
              <w:t xml:space="preserve"> </w:t>
            </w:r>
          </w:p>
          <w:p w14:paraId="78A8BDDF" w14:textId="77777777" w:rsidR="00222634" w:rsidRDefault="00000000">
            <w:r>
              <w:t xml:space="preserve"> </w:t>
            </w:r>
          </w:p>
        </w:tc>
      </w:tr>
    </w:tbl>
    <w:p w14:paraId="31DDA392" w14:textId="77777777" w:rsidR="00222634" w:rsidRDefault="00222634">
      <w:pPr>
        <w:spacing w:after="20"/>
      </w:pPr>
    </w:p>
    <w:p w14:paraId="69A58AB6" w14:textId="77777777" w:rsidR="00222634" w:rsidRDefault="00222634">
      <w:pPr>
        <w:spacing w:after="20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302"/>
      </w:tblGrid>
      <w:tr w:rsidR="00222634" w14:paraId="11C3716E" w14:textId="77777777">
        <w:tc>
          <w:tcPr>
            <w:tcW w:w="10312" w:type="dxa"/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C7603B" w14:textId="7B98221F" w:rsidR="00222634" w:rsidRDefault="00B22E78">
            <w:proofErr w:type="spellStart"/>
            <w:r w:rsidRPr="00B22E78">
              <w:rPr>
                <w:b/>
              </w:rPr>
              <w:t>Konsulten</w:t>
            </w:r>
            <w:proofErr w:type="spellEnd"/>
            <w:r w:rsidRPr="00B22E78">
              <w:rPr>
                <w:b/>
              </w:rPr>
              <w:t xml:space="preserve"> </w:t>
            </w:r>
            <w:r w:rsidR="00386C67" w:rsidRPr="00386C67">
              <w:rPr>
                <w:b/>
              </w:rPr>
              <w:t xml:space="preserve">ska </w:t>
            </w:r>
            <w:r w:rsidR="0047155B">
              <w:rPr>
                <w:b/>
              </w:rPr>
              <w:t>ha g</w:t>
            </w:r>
            <w:r w:rsidR="0047155B" w:rsidRPr="0047155B">
              <w:rPr>
                <w:b/>
              </w:rPr>
              <w:t xml:space="preserve">od </w:t>
            </w:r>
            <w:proofErr w:type="spellStart"/>
            <w:r w:rsidR="0047155B" w:rsidRPr="0047155B">
              <w:rPr>
                <w:b/>
              </w:rPr>
              <w:t>erfarenhet</w:t>
            </w:r>
            <w:proofErr w:type="spellEnd"/>
            <w:r w:rsidR="0047155B" w:rsidRPr="0047155B">
              <w:rPr>
                <w:b/>
              </w:rPr>
              <w:t xml:space="preserve"> av </w:t>
            </w:r>
            <w:proofErr w:type="spellStart"/>
            <w:r w:rsidR="0047155B" w:rsidRPr="0047155B">
              <w:rPr>
                <w:b/>
              </w:rPr>
              <w:t>versionshantering</w:t>
            </w:r>
            <w:proofErr w:type="spellEnd"/>
            <w:r w:rsidR="0047155B" w:rsidRPr="0047155B">
              <w:rPr>
                <w:b/>
              </w:rPr>
              <w:t xml:space="preserve"> och test </w:t>
            </w:r>
            <w:proofErr w:type="spellStart"/>
            <w:r w:rsidR="0047155B" w:rsidRPr="0047155B">
              <w:rPr>
                <w:b/>
              </w:rPr>
              <w:t>samt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förmåga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att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beskriva</w:t>
            </w:r>
            <w:proofErr w:type="spellEnd"/>
            <w:r w:rsidR="0047155B" w:rsidRPr="0047155B">
              <w:rPr>
                <w:b/>
              </w:rPr>
              <w:t xml:space="preserve"> och </w:t>
            </w:r>
            <w:proofErr w:type="spellStart"/>
            <w:r w:rsidR="0047155B" w:rsidRPr="0047155B">
              <w:rPr>
                <w:b/>
              </w:rPr>
              <w:t>dokumentera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lösningar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så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att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andra</w:t>
            </w:r>
            <w:proofErr w:type="spellEnd"/>
            <w:r w:rsidR="0047155B" w:rsidRPr="0047155B">
              <w:rPr>
                <w:b/>
              </w:rPr>
              <w:t xml:space="preserve"> </w:t>
            </w:r>
            <w:proofErr w:type="spellStart"/>
            <w:r w:rsidR="0047155B" w:rsidRPr="0047155B">
              <w:rPr>
                <w:b/>
              </w:rPr>
              <w:t>kan</w:t>
            </w:r>
            <w:proofErr w:type="spellEnd"/>
            <w:r w:rsidR="0047155B" w:rsidRPr="0047155B">
              <w:rPr>
                <w:b/>
              </w:rPr>
              <w:t xml:space="preserve"> ta </w:t>
            </w:r>
            <w:proofErr w:type="spellStart"/>
            <w:r w:rsidR="0047155B" w:rsidRPr="0047155B">
              <w:rPr>
                <w:b/>
              </w:rPr>
              <w:t>över</w:t>
            </w:r>
            <w:proofErr w:type="spellEnd"/>
            <w:r w:rsidR="0047155B" w:rsidRPr="0047155B">
              <w:rPr>
                <w:b/>
              </w:rPr>
              <w:t xml:space="preserve"> och </w:t>
            </w:r>
            <w:proofErr w:type="spellStart"/>
            <w:r w:rsidR="0047155B" w:rsidRPr="0047155B">
              <w:rPr>
                <w:b/>
              </w:rPr>
              <w:t>vidareutveckla</w:t>
            </w:r>
            <w:proofErr w:type="spellEnd"/>
            <w:r w:rsidR="0047155B" w:rsidRPr="0047155B">
              <w:rPr>
                <w:b/>
              </w:rPr>
              <w:t xml:space="preserve"> dem.</w:t>
            </w:r>
          </w:p>
        </w:tc>
      </w:tr>
      <w:tr w:rsidR="00222634" w14:paraId="2B2B8706" w14:textId="77777777">
        <w:tc>
          <w:tcPr>
            <w:tcW w:w="1031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E35311" w14:textId="77777777" w:rsidR="00222634" w:rsidRDefault="00000000">
            <w:proofErr w:type="spellStart"/>
            <w:r>
              <w:rPr>
                <w:i/>
                <w:sz w:val="18"/>
              </w:rPr>
              <w:t>Redogör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här</w:t>
            </w:r>
            <w:proofErr w:type="spellEnd"/>
            <w:r>
              <w:rPr>
                <w:i/>
                <w:sz w:val="18"/>
              </w:rPr>
              <w:t xml:space="preserve"> för </w:t>
            </w:r>
            <w:proofErr w:type="spellStart"/>
            <w:r>
              <w:rPr>
                <w:i/>
                <w:sz w:val="18"/>
              </w:rPr>
              <w:t>hur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kravet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uppfylls</w:t>
            </w:r>
            <w:proofErr w:type="spellEnd"/>
            <w:r>
              <w:rPr>
                <w:i/>
                <w:sz w:val="18"/>
              </w:rPr>
              <w:t>.</w:t>
            </w:r>
          </w:p>
          <w:p w14:paraId="58F67F4D" w14:textId="77777777" w:rsidR="00222634" w:rsidRDefault="00000000">
            <w:r>
              <w:t xml:space="preserve"> </w:t>
            </w:r>
          </w:p>
          <w:p w14:paraId="037E9BCC" w14:textId="77777777" w:rsidR="00222634" w:rsidRDefault="00000000">
            <w:r>
              <w:t xml:space="preserve"> </w:t>
            </w:r>
          </w:p>
        </w:tc>
      </w:tr>
    </w:tbl>
    <w:p w14:paraId="3FE7C793" w14:textId="77777777" w:rsidR="00222634" w:rsidRDefault="00222634">
      <w:pPr>
        <w:spacing w:after="20"/>
      </w:pPr>
    </w:p>
    <w:p w14:paraId="3EC924F7" w14:textId="77777777" w:rsidR="00386C67" w:rsidRDefault="00386C67" w:rsidP="00386C67">
      <w:pPr>
        <w:spacing w:after="20"/>
      </w:pPr>
    </w:p>
    <w:p w14:paraId="5E3BFF97" w14:textId="77777777" w:rsidR="00386C67" w:rsidRDefault="00386C67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222634" w14:paraId="64C99DD4" w14:textId="77777777">
        <w:trPr>
          <w:jc w:val="center"/>
        </w:trPr>
        <w:tc>
          <w:tcPr>
            <w:tcW w:w="10312" w:type="dxa"/>
            <w:shd w:val="clear" w:color="auto" w:fill="D9E4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E01670" w14:textId="77777777" w:rsidR="00222634" w:rsidRDefault="00000000">
            <w:pPr>
              <w:spacing w:after="0"/>
            </w:pPr>
            <w:proofErr w:type="spellStart"/>
            <w:r>
              <w:rPr>
                <w:b/>
                <w:sz w:val="26"/>
              </w:rPr>
              <w:t>Bör-krav</w:t>
            </w:r>
            <w:proofErr w:type="spellEnd"/>
            <w:r>
              <w:rPr>
                <w:b/>
                <w:sz w:val="26"/>
              </w:rPr>
              <w:t xml:space="preserve"> – </w:t>
            </w:r>
            <w:proofErr w:type="spellStart"/>
            <w:r>
              <w:rPr>
                <w:b/>
                <w:sz w:val="26"/>
              </w:rPr>
              <w:t>bekräfta</w:t>
            </w:r>
            <w:proofErr w:type="spellEnd"/>
            <w:r>
              <w:rPr>
                <w:b/>
                <w:sz w:val="26"/>
              </w:rPr>
              <w:t xml:space="preserve"> om </w:t>
            </w:r>
            <w:proofErr w:type="spellStart"/>
            <w:r>
              <w:rPr>
                <w:b/>
                <w:sz w:val="26"/>
              </w:rPr>
              <w:t>kraven</w:t>
            </w:r>
            <w:proofErr w:type="spellEnd"/>
            <w:r>
              <w:rPr>
                <w:b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uppfylls</w:t>
            </w:r>
            <w:proofErr w:type="spellEnd"/>
          </w:p>
        </w:tc>
      </w:tr>
    </w:tbl>
    <w:p w14:paraId="25B8B15F" w14:textId="77777777" w:rsidR="00222634" w:rsidRDefault="00000000">
      <w:pPr>
        <w:spacing w:before="100" w:after="140"/>
      </w:pPr>
      <w:proofErr w:type="spellStart"/>
      <w:r>
        <w:rPr>
          <w:b/>
        </w:rPr>
        <w:t>Konsulten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bör</w:t>
      </w:r>
      <w:proofErr w:type="spellEnd"/>
      <w:r>
        <w:rPr>
          <w:b/>
        </w:rPr>
        <w:t xml:space="preserve"> ha </w:t>
      </w:r>
      <w:proofErr w:type="spellStart"/>
      <w:r>
        <w:rPr>
          <w:b/>
        </w:rPr>
        <w:t>erfarenhet</w:t>
      </w:r>
      <w:proofErr w:type="spellEnd"/>
      <w:r>
        <w:rPr>
          <w:b/>
        </w:rPr>
        <w:t xml:space="preserve"> av. </w:t>
      </w:r>
      <w:r>
        <w:t xml:space="preserve">Klicka </w:t>
      </w:r>
      <w:proofErr w:type="spellStart"/>
      <w:proofErr w:type="gramStart"/>
      <w:r>
        <w:t>i</w:t>
      </w:r>
      <w:proofErr w:type="spellEnd"/>
      <w:r>
        <w:t xml:space="preserve"> ”Ja</w:t>
      </w:r>
      <w:proofErr w:type="gramEnd"/>
      <w:r>
        <w:t xml:space="preserve">” </w:t>
      </w:r>
      <w:proofErr w:type="spellStart"/>
      <w:proofErr w:type="gramStart"/>
      <w:r>
        <w:t>eller</w:t>
      </w:r>
      <w:proofErr w:type="spellEnd"/>
      <w:r>
        <w:t xml:space="preserve"> ”Nej</w:t>
      </w:r>
      <w:proofErr w:type="gramEnd"/>
      <w:r>
        <w:t xml:space="preserve">” </w:t>
      </w:r>
      <w:proofErr w:type="spellStart"/>
      <w:r>
        <w:t>beroende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om </w:t>
      </w:r>
      <w:proofErr w:type="spellStart"/>
      <w:r>
        <w:t>konsulten</w:t>
      </w:r>
      <w:proofErr w:type="spellEnd"/>
      <w:r>
        <w:t xml:space="preserve"> </w:t>
      </w:r>
      <w:proofErr w:type="spellStart"/>
      <w:r>
        <w:t>uppfyller</w:t>
      </w:r>
      <w:proofErr w:type="spellEnd"/>
      <w:r>
        <w:t xml:space="preserve"> </w:t>
      </w:r>
      <w:proofErr w:type="spellStart"/>
      <w:r>
        <w:t>respektive</w:t>
      </w:r>
      <w:proofErr w:type="spellEnd"/>
      <w:r>
        <w:t xml:space="preserve"> </w:t>
      </w:r>
      <w:proofErr w:type="spellStart"/>
      <w:r>
        <w:t>krav</w:t>
      </w:r>
      <w:proofErr w:type="spellEnd"/>
      <w:r>
        <w:t>.</w:t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3436"/>
        <w:gridCol w:w="3433"/>
        <w:gridCol w:w="3433"/>
      </w:tblGrid>
      <w:tr w:rsidR="00222634" w14:paraId="72494D5A" w14:textId="77777777" w:rsidTr="00B22E78">
        <w:trPr>
          <w:trHeight w:val="137"/>
          <w:jc w:val="center"/>
        </w:trPr>
        <w:tc>
          <w:tcPr>
            <w:tcW w:w="3436" w:type="dxa"/>
            <w:shd w:val="clear" w:color="auto" w:fill="EAF0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795DCF" w14:textId="77777777" w:rsidR="00222634" w:rsidRDefault="00000000">
            <w:proofErr w:type="spellStart"/>
            <w:r>
              <w:rPr>
                <w:b/>
              </w:rPr>
              <w:t>Bör-krav</w:t>
            </w:r>
            <w:proofErr w:type="spellEnd"/>
          </w:p>
        </w:tc>
        <w:tc>
          <w:tcPr>
            <w:tcW w:w="3433" w:type="dxa"/>
            <w:shd w:val="clear" w:color="auto" w:fill="EAF0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108EF1" w14:textId="77777777" w:rsidR="00222634" w:rsidRDefault="00000000">
            <w:pPr>
              <w:jc w:val="center"/>
            </w:pPr>
            <w:r>
              <w:rPr>
                <w:b/>
              </w:rPr>
              <w:t>Ja</w:t>
            </w:r>
          </w:p>
        </w:tc>
        <w:tc>
          <w:tcPr>
            <w:tcW w:w="3433" w:type="dxa"/>
            <w:shd w:val="clear" w:color="auto" w:fill="EAF0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4864A2" w14:textId="77777777" w:rsidR="00222634" w:rsidRDefault="00000000">
            <w:pPr>
              <w:jc w:val="center"/>
            </w:pPr>
            <w:r>
              <w:rPr>
                <w:b/>
              </w:rPr>
              <w:t>Nej</w:t>
            </w:r>
          </w:p>
        </w:tc>
      </w:tr>
      <w:tr w:rsidR="00222634" w14:paraId="25157B3F" w14:textId="77777777" w:rsidTr="00B22E78">
        <w:trPr>
          <w:trHeight w:val="283"/>
          <w:jc w:val="center"/>
        </w:trPr>
        <w:tc>
          <w:tcPr>
            <w:tcW w:w="34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296D87" w14:textId="6617224F" w:rsidR="00222634" w:rsidRDefault="00386C67">
            <w:proofErr w:type="spellStart"/>
            <w:r w:rsidRPr="00386C67">
              <w:t>Erfarenhet</w:t>
            </w:r>
            <w:proofErr w:type="spellEnd"/>
            <w:r w:rsidRPr="00386C67">
              <w:t xml:space="preserve"> av Databricks, Microsoft Fabric </w:t>
            </w:r>
            <w:proofErr w:type="spellStart"/>
            <w:r w:rsidRPr="00386C67">
              <w:t>eller</w:t>
            </w:r>
            <w:proofErr w:type="spellEnd"/>
            <w:r w:rsidRPr="00386C67">
              <w:t xml:space="preserve"> </w:t>
            </w:r>
            <w:proofErr w:type="spellStart"/>
            <w:r w:rsidRPr="00386C67">
              <w:t>liknande</w:t>
            </w:r>
            <w:proofErr w:type="spellEnd"/>
            <w:r w:rsidRPr="00386C67">
              <w:t xml:space="preserve"> moderna </w:t>
            </w:r>
            <w:proofErr w:type="spellStart"/>
            <w:r w:rsidRPr="00386C67">
              <w:t>dataplattformar</w:t>
            </w:r>
            <w:proofErr w:type="spellEnd"/>
            <w:r w:rsidRPr="00386C67">
              <w:t>.</w:t>
            </w:r>
          </w:p>
        </w:tc>
        <w:tc>
          <w:tcPr>
            <w:tcW w:w="343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5B90D0" w14:textId="66300AA4" w:rsidR="00222634" w:rsidRDefault="00000000">
            <w:pPr>
              <w:jc w:val="center"/>
            </w:pPr>
            <w:sdt>
              <w:sdtPr>
                <w:id w:val="-23021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2E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43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CF3AF4" w14:textId="06C483C5" w:rsidR="00222634" w:rsidRDefault="00000000">
            <w:pPr>
              <w:jc w:val="center"/>
            </w:pPr>
            <w:sdt>
              <w:sdtPr>
                <w:id w:val="-68251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40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22634" w14:paraId="7377FA9C" w14:textId="77777777" w:rsidTr="00B22E78">
        <w:trPr>
          <w:trHeight w:val="145"/>
          <w:jc w:val="center"/>
        </w:trPr>
        <w:tc>
          <w:tcPr>
            <w:tcW w:w="34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25DE7D" w14:textId="7140D00C" w:rsidR="00222634" w:rsidRDefault="00386C67">
            <w:proofErr w:type="spellStart"/>
            <w:r w:rsidRPr="00386C67">
              <w:t>Erfarenhet</w:t>
            </w:r>
            <w:proofErr w:type="spellEnd"/>
            <w:r w:rsidRPr="00386C67">
              <w:t xml:space="preserve"> av C# </w:t>
            </w:r>
          </w:p>
        </w:tc>
        <w:tc>
          <w:tcPr>
            <w:tcW w:w="343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D54540" w14:textId="0DF5B045" w:rsidR="00222634" w:rsidRDefault="00000000">
            <w:pPr>
              <w:jc w:val="center"/>
            </w:pPr>
            <w:sdt>
              <w:sdtPr>
                <w:id w:val="182469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40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43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CE96B2" w14:textId="064F471C" w:rsidR="00222634" w:rsidRDefault="00000000">
            <w:pPr>
              <w:jc w:val="center"/>
            </w:pPr>
            <w:sdt>
              <w:sdtPr>
                <w:id w:val="1723335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2E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22634" w14:paraId="095DAA17" w14:textId="77777777" w:rsidTr="00B22E78">
        <w:trPr>
          <w:trHeight w:val="412"/>
          <w:jc w:val="center"/>
        </w:trPr>
        <w:tc>
          <w:tcPr>
            <w:tcW w:w="34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D62B9B" w14:textId="50F09225" w:rsidR="00222634" w:rsidRDefault="00B22E78">
            <w:proofErr w:type="spellStart"/>
            <w:r w:rsidRPr="00B22E78">
              <w:t>Erfarenhet</w:t>
            </w:r>
            <w:proofErr w:type="spellEnd"/>
            <w:r w:rsidRPr="00B22E78">
              <w:t xml:space="preserve"> </w:t>
            </w:r>
            <w:r w:rsidR="00386C67">
              <w:t>av</w:t>
            </w:r>
            <w:r w:rsidR="00386C67" w:rsidRPr="00386C67">
              <w:t xml:space="preserve"> Python</w:t>
            </w:r>
          </w:p>
        </w:tc>
        <w:tc>
          <w:tcPr>
            <w:tcW w:w="343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53B9BE" w14:textId="36E70A88" w:rsidR="00222634" w:rsidRDefault="00000000">
            <w:pPr>
              <w:jc w:val="center"/>
            </w:pPr>
            <w:sdt>
              <w:sdtPr>
                <w:id w:val="962384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2E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433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097F18" w14:textId="41A6E7FD" w:rsidR="00222634" w:rsidRDefault="00000000">
            <w:pPr>
              <w:jc w:val="center"/>
            </w:pPr>
            <w:sdt>
              <w:sdtPr>
                <w:id w:val="273284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40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29840DF2" w14:textId="77777777" w:rsidR="00222634" w:rsidRDefault="00222634"/>
    <w:p w14:paraId="52398197" w14:textId="77777777" w:rsidR="00817F33" w:rsidRDefault="00817F33"/>
    <w:sectPr w:rsidR="00817F33" w:rsidSect="00034616">
      <w:headerReference w:type="default" r:id="rId8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C55C6" w14:textId="77777777" w:rsidR="00593195" w:rsidRDefault="00593195" w:rsidP="00E31799">
      <w:pPr>
        <w:spacing w:after="0" w:line="240" w:lineRule="auto"/>
      </w:pPr>
      <w:r>
        <w:separator/>
      </w:r>
    </w:p>
  </w:endnote>
  <w:endnote w:type="continuationSeparator" w:id="0">
    <w:p w14:paraId="15F67DF5" w14:textId="77777777" w:rsidR="00593195" w:rsidRDefault="00593195" w:rsidP="00E31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19EB0" w14:textId="77777777" w:rsidR="00593195" w:rsidRDefault="00593195" w:rsidP="00E31799">
      <w:pPr>
        <w:spacing w:after="0" w:line="240" w:lineRule="auto"/>
      </w:pPr>
      <w:r>
        <w:separator/>
      </w:r>
    </w:p>
  </w:footnote>
  <w:footnote w:type="continuationSeparator" w:id="0">
    <w:p w14:paraId="0B4F9077" w14:textId="77777777" w:rsidR="00593195" w:rsidRDefault="00593195" w:rsidP="00E31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F84DB" w14:textId="7DAC751C" w:rsidR="00E31799" w:rsidRPr="00E31799" w:rsidRDefault="00E31799" w:rsidP="00E31799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159C12" wp14:editId="08B1341C">
          <wp:simplePos x="0" y="0"/>
          <wp:positionH relativeFrom="column">
            <wp:posOffset>5542060</wp:posOffset>
          </wp:positionH>
          <wp:positionV relativeFrom="paragraph">
            <wp:posOffset>-353999</wp:posOffset>
          </wp:positionV>
          <wp:extent cx="1476375" cy="434340"/>
          <wp:effectExtent l="0" t="0" r="9525" b="3810"/>
          <wp:wrapNone/>
          <wp:docPr id="442439447" name="Bildobjekt 1" descr="En bild som visar Grafik, Teckensnitt, logotyp, violet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439447" name="Bildobjekt 1" descr="En bild som visar Grafik, Teckensnitt, logotyp, violett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2441168">
    <w:abstractNumId w:val="8"/>
  </w:num>
  <w:num w:numId="2" w16cid:durableId="225917746">
    <w:abstractNumId w:val="6"/>
  </w:num>
  <w:num w:numId="3" w16cid:durableId="1908609268">
    <w:abstractNumId w:val="5"/>
  </w:num>
  <w:num w:numId="4" w16cid:durableId="238174132">
    <w:abstractNumId w:val="4"/>
  </w:num>
  <w:num w:numId="5" w16cid:durableId="1804537080">
    <w:abstractNumId w:val="7"/>
  </w:num>
  <w:num w:numId="6" w16cid:durableId="593780646">
    <w:abstractNumId w:val="3"/>
  </w:num>
  <w:num w:numId="7" w16cid:durableId="1290476496">
    <w:abstractNumId w:val="2"/>
  </w:num>
  <w:num w:numId="8" w16cid:durableId="28074897">
    <w:abstractNumId w:val="1"/>
  </w:num>
  <w:num w:numId="9" w16cid:durableId="73983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4E97"/>
    <w:rsid w:val="00222634"/>
    <w:rsid w:val="0029639D"/>
    <w:rsid w:val="00326F90"/>
    <w:rsid w:val="00386C67"/>
    <w:rsid w:val="003B49E2"/>
    <w:rsid w:val="00427813"/>
    <w:rsid w:val="00430F65"/>
    <w:rsid w:val="00434043"/>
    <w:rsid w:val="0047155B"/>
    <w:rsid w:val="00593195"/>
    <w:rsid w:val="006E02DE"/>
    <w:rsid w:val="00751A6A"/>
    <w:rsid w:val="00774876"/>
    <w:rsid w:val="00817F33"/>
    <w:rsid w:val="00851D59"/>
    <w:rsid w:val="009459F9"/>
    <w:rsid w:val="009C7B65"/>
    <w:rsid w:val="00A741B4"/>
    <w:rsid w:val="00AA1D8D"/>
    <w:rsid w:val="00B22E78"/>
    <w:rsid w:val="00B47730"/>
    <w:rsid w:val="00CB0664"/>
    <w:rsid w:val="00DC3FCC"/>
    <w:rsid w:val="00E31799"/>
    <w:rsid w:val="00E432C2"/>
    <w:rsid w:val="00E74B50"/>
    <w:rsid w:val="00F815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B9CF6E"/>
  <w14:defaultImageDpi w14:val="300"/>
  <w15:docId w15:val="{D0E8196B-1B3F-4CD3-ADF6-BD82F9B0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224</Words>
  <Characters>1190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Caroline Molin</cp:lastModifiedBy>
  <cp:revision>2</cp:revision>
  <dcterms:created xsi:type="dcterms:W3CDTF">2026-09-21T11:30:00Z</dcterms:created>
  <dcterms:modified xsi:type="dcterms:W3CDTF">2026-09-21T11:30:00Z</dcterms:modified>
  <cp:category/>
</cp:coreProperties>
</file>