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B6E20" w14:textId="2F149F73" w:rsidR="00222634" w:rsidRPr="00E64E2A" w:rsidRDefault="00000000">
      <w:pPr>
        <w:spacing w:after="40"/>
        <w:jc w:val="center"/>
        <w:rPr>
          <w:lang w:val="sv-SE"/>
        </w:rPr>
      </w:pPr>
      <w:r w:rsidRPr="00E64E2A">
        <w:rPr>
          <w:b/>
          <w:sz w:val="36"/>
          <w:lang w:val="sv-SE"/>
        </w:rPr>
        <w:t xml:space="preserve">Offert </w:t>
      </w:r>
    </w:p>
    <w:p w14:paraId="255CA86E" w14:textId="78FBDB8C" w:rsidR="00222634" w:rsidRPr="00E64E2A" w:rsidRDefault="00000000">
      <w:pPr>
        <w:spacing w:after="240"/>
        <w:jc w:val="center"/>
        <w:rPr>
          <w:lang w:val="sv-SE"/>
        </w:rPr>
      </w:pPr>
      <w:r w:rsidRPr="00E64E2A">
        <w:rPr>
          <w:b/>
          <w:sz w:val="22"/>
          <w:lang w:val="sv-SE"/>
        </w:rPr>
        <w:t xml:space="preserve">Förfrågan: </w:t>
      </w:r>
      <w:r w:rsidR="00E64E2A" w:rsidRPr="00E64E2A">
        <w:rPr>
          <w:b/>
          <w:sz w:val="22"/>
          <w:lang w:val="sv-SE"/>
        </w:rPr>
        <w:t>Interim HR-chef till myndighet i Göteborg</w:t>
      </w:r>
    </w:p>
    <w:tbl>
      <w:tblPr>
        <w:tblStyle w:val="Tabellrutnt"/>
        <w:tblW w:w="0" w:type="auto"/>
        <w:jc w:val="center"/>
        <w:tblLook w:val="04A0" w:firstRow="1" w:lastRow="0" w:firstColumn="1" w:lastColumn="0" w:noHBand="0" w:noVBand="1"/>
      </w:tblPr>
      <w:tblGrid>
        <w:gridCol w:w="5123"/>
        <w:gridCol w:w="4857"/>
      </w:tblGrid>
      <w:tr w:rsidR="00222634" w14:paraId="5C187027" w14:textId="77777777" w:rsidTr="00E31799">
        <w:trPr>
          <w:trHeight w:val="265"/>
          <w:jc w:val="center"/>
        </w:trPr>
        <w:tc>
          <w:tcPr>
            <w:tcW w:w="5123" w:type="dxa"/>
            <w:shd w:val="clear" w:color="auto" w:fill="EAF0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B63F87" w14:textId="77777777" w:rsidR="00222634" w:rsidRDefault="00000000">
            <w:proofErr w:type="spellStart"/>
            <w:r>
              <w:rPr>
                <w:b/>
              </w:rPr>
              <w:t>Bolag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485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B00764" w14:textId="743926EB" w:rsidR="00222634" w:rsidRDefault="00000000">
            <w:r>
              <w:t xml:space="preserve"> </w:t>
            </w:r>
          </w:p>
        </w:tc>
      </w:tr>
      <w:tr w:rsidR="00222634" w14:paraId="5CA061FE" w14:textId="77777777" w:rsidTr="00E31799">
        <w:trPr>
          <w:trHeight w:val="252"/>
          <w:jc w:val="center"/>
        </w:trPr>
        <w:tc>
          <w:tcPr>
            <w:tcW w:w="5123" w:type="dxa"/>
            <w:shd w:val="clear" w:color="auto" w:fill="EAF0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093666E" w14:textId="77777777" w:rsidR="00222634" w:rsidRDefault="00000000">
            <w:proofErr w:type="spellStart"/>
            <w:r>
              <w:rPr>
                <w:b/>
              </w:rPr>
              <w:t>Konsultnamn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485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1CD50C5" w14:textId="77777777" w:rsidR="00222634" w:rsidRDefault="00000000">
            <w:r>
              <w:t xml:space="preserve"> </w:t>
            </w:r>
          </w:p>
        </w:tc>
      </w:tr>
      <w:tr w:rsidR="00222634" w14:paraId="60B49456" w14:textId="77777777" w:rsidTr="00E31799">
        <w:trPr>
          <w:trHeight w:val="265"/>
          <w:jc w:val="center"/>
        </w:trPr>
        <w:tc>
          <w:tcPr>
            <w:tcW w:w="5123" w:type="dxa"/>
            <w:shd w:val="clear" w:color="auto" w:fill="EAF0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FDC319B" w14:textId="77777777" w:rsidR="00222634" w:rsidRDefault="00000000">
            <w:r>
              <w:rPr>
                <w:b/>
              </w:rPr>
              <w:t>Leverantörspris/h:</w:t>
            </w:r>
          </w:p>
        </w:tc>
        <w:tc>
          <w:tcPr>
            <w:tcW w:w="485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D67C31B" w14:textId="77777777" w:rsidR="00222634" w:rsidRDefault="00000000">
            <w:r>
              <w:t xml:space="preserve"> </w:t>
            </w:r>
          </w:p>
        </w:tc>
      </w:tr>
      <w:tr w:rsidR="00222634" w14:paraId="43880DC1" w14:textId="77777777" w:rsidTr="00E31799">
        <w:trPr>
          <w:trHeight w:val="265"/>
          <w:jc w:val="center"/>
        </w:trPr>
        <w:tc>
          <w:tcPr>
            <w:tcW w:w="5123" w:type="dxa"/>
            <w:shd w:val="clear" w:color="auto" w:fill="EAF0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AAB838F" w14:textId="77777777" w:rsidR="00222634" w:rsidRDefault="00000000">
            <w:proofErr w:type="spellStart"/>
            <w:r>
              <w:rPr>
                <w:b/>
              </w:rPr>
              <w:t>Tillgänglighet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485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0E2B008" w14:textId="77777777" w:rsidR="00222634" w:rsidRDefault="00000000">
            <w:r>
              <w:t xml:space="preserve"> </w:t>
            </w:r>
          </w:p>
        </w:tc>
      </w:tr>
      <w:tr w:rsidR="00222634" w14:paraId="73EF5523" w14:textId="77777777" w:rsidTr="00E31799">
        <w:trPr>
          <w:trHeight w:val="252"/>
          <w:jc w:val="center"/>
        </w:trPr>
        <w:tc>
          <w:tcPr>
            <w:tcW w:w="5123" w:type="dxa"/>
            <w:shd w:val="clear" w:color="auto" w:fill="EAF0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5847FDA" w14:textId="6000FD75" w:rsidR="00222634" w:rsidRDefault="00E64E2A">
            <w:proofErr w:type="spellStart"/>
            <w:r>
              <w:rPr>
                <w:b/>
              </w:rPr>
              <w:t>Konsultens</w:t>
            </w:r>
            <w:proofErr w:type="spellEnd"/>
            <w:r>
              <w:rPr>
                <w:b/>
              </w:rPr>
              <w:t xml:space="preserve"> E-post:</w:t>
            </w:r>
          </w:p>
        </w:tc>
        <w:tc>
          <w:tcPr>
            <w:tcW w:w="485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729A6C2" w14:textId="21084E91" w:rsidR="00222634" w:rsidRDefault="00222634"/>
        </w:tc>
      </w:tr>
      <w:tr w:rsidR="00E64E2A" w14:paraId="78E3CFC5" w14:textId="77777777" w:rsidTr="00E31799">
        <w:trPr>
          <w:trHeight w:val="265"/>
          <w:jc w:val="center"/>
        </w:trPr>
        <w:tc>
          <w:tcPr>
            <w:tcW w:w="512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FA218CD" w14:textId="03159592" w:rsidR="00E64E2A" w:rsidRDefault="00E64E2A" w:rsidP="00E64E2A">
            <w:r>
              <w:rPr>
                <w:b/>
              </w:rPr>
              <w:t>Pris/h (</w:t>
            </w:r>
            <w:proofErr w:type="spellStart"/>
            <w:r>
              <w:rPr>
                <w:b/>
              </w:rPr>
              <w:t>inklusive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Levigo</w:t>
            </w:r>
            <w:proofErr w:type="spellEnd"/>
            <w:r>
              <w:rPr>
                <w:b/>
              </w:rPr>
              <w:t>-marginal):</w:t>
            </w:r>
          </w:p>
        </w:tc>
        <w:tc>
          <w:tcPr>
            <w:tcW w:w="485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89E3854" w14:textId="1F19D4F0" w:rsidR="00E64E2A" w:rsidRDefault="00E64E2A" w:rsidP="00E64E2A">
            <w:proofErr w:type="spellStart"/>
            <w:proofErr w:type="gramStart"/>
            <w:r>
              <w:rPr>
                <w:i/>
                <w:sz w:val="18"/>
              </w:rPr>
              <w:t>Fylls</w:t>
            </w:r>
            <w:proofErr w:type="spellEnd"/>
            <w:r>
              <w:rPr>
                <w:i/>
                <w:sz w:val="18"/>
              </w:rPr>
              <w:t xml:space="preserve"> </w:t>
            </w:r>
            <w:proofErr w:type="spellStart"/>
            <w:r>
              <w:rPr>
                <w:i/>
                <w:sz w:val="18"/>
              </w:rPr>
              <w:t>i</w:t>
            </w:r>
            <w:proofErr w:type="spellEnd"/>
            <w:proofErr w:type="gramEnd"/>
            <w:r>
              <w:rPr>
                <w:i/>
                <w:sz w:val="18"/>
              </w:rPr>
              <w:t xml:space="preserve"> av </w:t>
            </w:r>
            <w:proofErr w:type="spellStart"/>
            <w:r>
              <w:rPr>
                <w:i/>
                <w:sz w:val="18"/>
              </w:rPr>
              <w:t>Levigo</w:t>
            </w:r>
            <w:proofErr w:type="spellEnd"/>
          </w:p>
        </w:tc>
      </w:tr>
    </w:tbl>
    <w:p w14:paraId="56A6AFED" w14:textId="77777777" w:rsidR="00222634" w:rsidRDefault="00222634">
      <w:pPr>
        <w:spacing w:after="4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12"/>
      </w:tblGrid>
      <w:tr w:rsidR="00222634" w:rsidRPr="00E64E2A" w14:paraId="54AE2152" w14:textId="77777777" w:rsidTr="00E31799">
        <w:trPr>
          <w:trHeight w:val="328"/>
        </w:trPr>
        <w:tc>
          <w:tcPr>
            <w:tcW w:w="10356" w:type="dxa"/>
            <w:shd w:val="clear" w:color="auto" w:fill="D9E4F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3B7FE93" w14:textId="175E9858" w:rsidR="00222634" w:rsidRPr="00E64E2A" w:rsidRDefault="00000000">
            <w:pPr>
              <w:spacing w:after="0"/>
              <w:rPr>
                <w:lang w:val="sv-SE"/>
              </w:rPr>
            </w:pPr>
            <w:r w:rsidRPr="00E64E2A">
              <w:rPr>
                <w:b/>
                <w:sz w:val="26"/>
                <w:lang w:val="sv-SE"/>
              </w:rPr>
              <w:t>Skall-krav</w:t>
            </w:r>
            <w:r w:rsidR="00E64E2A" w:rsidRPr="00E64E2A">
              <w:rPr>
                <w:b/>
                <w:sz w:val="26"/>
                <w:lang w:val="sv-SE"/>
              </w:rPr>
              <w:br/>
            </w:r>
            <w:r w:rsidR="00E64E2A" w:rsidRPr="00E64E2A">
              <w:rPr>
                <w:lang w:val="sv-SE"/>
              </w:rPr>
              <w:t>Erbjuden konsult ska uppfylla följande kompetenskrav:</w:t>
            </w:r>
          </w:p>
        </w:tc>
      </w:tr>
    </w:tbl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302"/>
      </w:tblGrid>
      <w:tr w:rsidR="00222634" w:rsidRPr="00E64E2A" w14:paraId="5B117531" w14:textId="77777777">
        <w:tc>
          <w:tcPr>
            <w:tcW w:w="10312" w:type="dxa"/>
            <w:shd w:val="clear" w:color="auto" w:fill="F4F6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741316A" w14:textId="5F7BC62D" w:rsidR="00222634" w:rsidRPr="00E64E2A" w:rsidRDefault="00E64E2A">
            <w:pPr>
              <w:rPr>
                <w:lang w:val="sv-SE"/>
              </w:rPr>
            </w:pPr>
            <w:r w:rsidRPr="00E64E2A">
              <w:rPr>
                <w:b/>
                <w:lang w:val="sv-SE"/>
              </w:rPr>
              <w:t>Minst 3-årig högskoleutbildning inom personalvetenskap, arbetsrätt eller annan utbildning som arbetsgivaren bedömer som motsvarande.</w:t>
            </w:r>
            <w:r>
              <w:rPr>
                <w:b/>
                <w:lang w:val="sv-SE"/>
              </w:rPr>
              <w:br/>
            </w:r>
            <w:r>
              <w:rPr>
                <w:lang w:val="sv-SE"/>
              </w:rPr>
              <w:t xml:space="preserve">Uppfylls krav: JA </w:t>
            </w:r>
            <w:sdt>
              <w:sdtPr>
                <w:id w:val="-890969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NEJ </w:t>
            </w:r>
            <w:sdt>
              <w:sdtPr>
                <w:id w:val="-924336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22634" w:rsidRPr="00E64E2A" w14:paraId="4085F119" w14:textId="77777777">
        <w:tc>
          <w:tcPr>
            <w:tcW w:w="1031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7C9AFCB" w14:textId="77777777" w:rsidR="00222634" w:rsidRPr="00E64E2A" w:rsidRDefault="00000000">
            <w:pPr>
              <w:rPr>
                <w:lang w:val="sv-SE"/>
              </w:rPr>
            </w:pPr>
            <w:r w:rsidRPr="00E64E2A">
              <w:rPr>
                <w:i/>
                <w:sz w:val="18"/>
                <w:lang w:val="sv-SE"/>
              </w:rPr>
              <w:t>Redogör här för hur kravet uppfylls.</w:t>
            </w:r>
          </w:p>
          <w:p w14:paraId="1F69D42B" w14:textId="77777777" w:rsidR="00222634" w:rsidRPr="00E64E2A" w:rsidRDefault="00000000">
            <w:pPr>
              <w:rPr>
                <w:lang w:val="sv-SE"/>
              </w:rPr>
            </w:pPr>
            <w:r w:rsidRPr="00E64E2A">
              <w:rPr>
                <w:lang w:val="sv-SE"/>
              </w:rPr>
              <w:t xml:space="preserve"> </w:t>
            </w:r>
          </w:p>
          <w:p w14:paraId="39FD2BCC" w14:textId="6F4D8F1E" w:rsidR="00222634" w:rsidRPr="00E64E2A" w:rsidRDefault="00000000">
            <w:pPr>
              <w:rPr>
                <w:lang w:val="sv-SE"/>
              </w:rPr>
            </w:pPr>
            <w:r w:rsidRPr="00E64E2A">
              <w:rPr>
                <w:lang w:val="sv-SE"/>
              </w:rPr>
              <w:t xml:space="preserve"> </w:t>
            </w:r>
          </w:p>
        </w:tc>
      </w:tr>
    </w:tbl>
    <w:p w14:paraId="6D7F2A90" w14:textId="77777777" w:rsidR="00222634" w:rsidRPr="00E64E2A" w:rsidRDefault="00222634">
      <w:pPr>
        <w:spacing w:after="20"/>
        <w:rPr>
          <w:lang w:val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302"/>
      </w:tblGrid>
      <w:tr w:rsidR="00222634" w:rsidRPr="00E64E2A" w14:paraId="49CA3464" w14:textId="77777777">
        <w:tc>
          <w:tcPr>
            <w:tcW w:w="10312" w:type="dxa"/>
            <w:shd w:val="clear" w:color="auto" w:fill="F4F6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290D863" w14:textId="6A6EEFAB" w:rsidR="00222634" w:rsidRPr="00E64E2A" w:rsidRDefault="00E64E2A">
            <w:pPr>
              <w:rPr>
                <w:lang w:val="sv-SE"/>
              </w:rPr>
            </w:pPr>
            <w:r w:rsidRPr="00E64E2A">
              <w:rPr>
                <w:b/>
                <w:lang w:val="sv-SE"/>
              </w:rPr>
              <w:t>Minst 5 års relevant arbetslivserfarenhet</w:t>
            </w:r>
            <w:r>
              <w:rPr>
                <w:b/>
                <w:lang w:val="sv-SE"/>
              </w:rPr>
              <w:t xml:space="preserve">, varav 2 år som chef eller arbetsledande inom HR-området. </w:t>
            </w:r>
            <w:r>
              <w:rPr>
                <w:b/>
                <w:lang w:val="sv-SE"/>
              </w:rPr>
              <w:br/>
            </w:r>
            <w:r>
              <w:rPr>
                <w:lang w:val="sv-SE"/>
              </w:rPr>
              <w:t xml:space="preserve">Uppfylls krav: JA </w:t>
            </w:r>
            <w:sdt>
              <w:sdtPr>
                <w:rPr>
                  <w:lang w:val="sv-SE"/>
                </w:rPr>
                <w:id w:val="968935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64E2A">
                  <w:rPr>
                    <w:rFonts w:ascii="MS Gothic" w:eastAsia="MS Gothic" w:hAnsi="MS Gothic" w:hint="eastAsia"/>
                    <w:lang w:val="sv-SE"/>
                  </w:rPr>
                  <w:t>☐</w:t>
                </w:r>
              </w:sdtContent>
            </w:sdt>
            <w:r w:rsidRPr="00E64E2A">
              <w:rPr>
                <w:lang w:val="sv-SE"/>
              </w:rPr>
              <w:t xml:space="preserve"> NEJ </w:t>
            </w:r>
            <w:sdt>
              <w:sdtPr>
                <w:rPr>
                  <w:lang w:val="sv-SE"/>
                </w:rPr>
                <w:id w:val="-1161921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64E2A">
                  <w:rPr>
                    <w:rFonts w:ascii="MS Gothic" w:eastAsia="MS Gothic" w:hAnsi="MS Gothic" w:hint="eastAsia"/>
                    <w:lang w:val="sv-SE"/>
                  </w:rPr>
                  <w:t>☐</w:t>
                </w:r>
              </w:sdtContent>
            </w:sdt>
          </w:p>
        </w:tc>
      </w:tr>
      <w:tr w:rsidR="00222634" w:rsidRPr="00E64E2A" w14:paraId="3EB2E5BD" w14:textId="77777777">
        <w:tc>
          <w:tcPr>
            <w:tcW w:w="1031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D48C5C7" w14:textId="77777777" w:rsidR="00222634" w:rsidRPr="00E64E2A" w:rsidRDefault="00000000">
            <w:pPr>
              <w:rPr>
                <w:lang w:val="sv-SE"/>
              </w:rPr>
            </w:pPr>
            <w:r w:rsidRPr="00E64E2A">
              <w:rPr>
                <w:i/>
                <w:sz w:val="18"/>
                <w:lang w:val="sv-SE"/>
              </w:rPr>
              <w:t>Redogör här för hur kravet uppfylls.</w:t>
            </w:r>
          </w:p>
          <w:p w14:paraId="1BD86140" w14:textId="77777777" w:rsidR="00222634" w:rsidRPr="00E64E2A" w:rsidRDefault="00000000">
            <w:pPr>
              <w:rPr>
                <w:lang w:val="sv-SE"/>
              </w:rPr>
            </w:pPr>
            <w:r w:rsidRPr="00E64E2A">
              <w:rPr>
                <w:lang w:val="sv-SE"/>
              </w:rPr>
              <w:t xml:space="preserve"> </w:t>
            </w:r>
          </w:p>
          <w:p w14:paraId="571794C3" w14:textId="77777777" w:rsidR="00222634" w:rsidRPr="00E64E2A" w:rsidRDefault="00000000">
            <w:pPr>
              <w:rPr>
                <w:lang w:val="sv-SE"/>
              </w:rPr>
            </w:pPr>
            <w:r w:rsidRPr="00E64E2A">
              <w:rPr>
                <w:lang w:val="sv-SE"/>
              </w:rPr>
              <w:t xml:space="preserve"> </w:t>
            </w:r>
          </w:p>
        </w:tc>
      </w:tr>
    </w:tbl>
    <w:p w14:paraId="702468E3" w14:textId="77777777" w:rsidR="00222634" w:rsidRPr="00E64E2A" w:rsidRDefault="00222634">
      <w:pPr>
        <w:spacing w:after="20"/>
        <w:rPr>
          <w:lang w:val="sv-SE"/>
        </w:rPr>
      </w:pPr>
    </w:p>
    <w:p w14:paraId="1CC0957B" w14:textId="77777777" w:rsidR="00222634" w:rsidRPr="00E64E2A" w:rsidRDefault="00222634">
      <w:pPr>
        <w:spacing w:after="20"/>
        <w:rPr>
          <w:lang w:val="sv-SE"/>
        </w:rPr>
      </w:pPr>
    </w:p>
    <w:p w14:paraId="31DDA392" w14:textId="77777777" w:rsidR="00222634" w:rsidRPr="00E64E2A" w:rsidRDefault="00222634">
      <w:pPr>
        <w:spacing w:after="20"/>
        <w:rPr>
          <w:lang w:val="sv-SE"/>
        </w:rPr>
      </w:pPr>
    </w:p>
    <w:p w14:paraId="69A58AB6" w14:textId="77777777" w:rsidR="00222634" w:rsidRPr="00E64E2A" w:rsidRDefault="00222634">
      <w:pPr>
        <w:spacing w:after="20"/>
        <w:rPr>
          <w:lang w:val="sv-SE"/>
        </w:rPr>
      </w:pPr>
    </w:p>
    <w:p w14:paraId="3FE7C793" w14:textId="77777777" w:rsidR="00222634" w:rsidRPr="00E64E2A" w:rsidRDefault="00222634">
      <w:pPr>
        <w:spacing w:after="20"/>
        <w:rPr>
          <w:lang w:val="sv-SE"/>
        </w:rPr>
      </w:pPr>
    </w:p>
    <w:p w14:paraId="44202C51" w14:textId="77777777" w:rsidR="00434043" w:rsidRDefault="00434043"/>
    <w:p w14:paraId="29840DF2" w14:textId="77777777" w:rsidR="00222634" w:rsidRPr="00E64E2A" w:rsidRDefault="00222634">
      <w:pPr>
        <w:rPr>
          <w:lang w:val="sv-SE"/>
        </w:rPr>
      </w:pPr>
    </w:p>
    <w:p w14:paraId="52398197" w14:textId="77777777" w:rsidR="00817F33" w:rsidRDefault="00817F33"/>
    <w:sectPr w:rsidR="00817F33" w:rsidSect="00034616">
      <w:headerReference w:type="default" r:id="rId8"/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94055" w14:textId="77777777" w:rsidR="00CC2337" w:rsidRDefault="00CC2337" w:rsidP="00E31799">
      <w:pPr>
        <w:spacing w:after="0" w:line="240" w:lineRule="auto"/>
      </w:pPr>
      <w:r>
        <w:separator/>
      </w:r>
    </w:p>
  </w:endnote>
  <w:endnote w:type="continuationSeparator" w:id="0">
    <w:p w14:paraId="42A83217" w14:textId="77777777" w:rsidR="00CC2337" w:rsidRDefault="00CC2337" w:rsidP="00E317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C669A" w14:textId="77777777" w:rsidR="00CC2337" w:rsidRDefault="00CC2337" w:rsidP="00E31799">
      <w:pPr>
        <w:spacing w:after="0" w:line="240" w:lineRule="auto"/>
      </w:pPr>
      <w:r>
        <w:separator/>
      </w:r>
    </w:p>
  </w:footnote>
  <w:footnote w:type="continuationSeparator" w:id="0">
    <w:p w14:paraId="75BA919C" w14:textId="77777777" w:rsidR="00CC2337" w:rsidRDefault="00CC2337" w:rsidP="00E317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F84DB" w14:textId="7DAC751C" w:rsidR="00E31799" w:rsidRPr="00E31799" w:rsidRDefault="00E31799" w:rsidP="00E31799">
    <w:pPr>
      <w:pStyle w:val="Sidhuvud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C159C12" wp14:editId="08B1341C">
          <wp:simplePos x="0" y="0"/>
          <wp:positionH relativeFrom="column">
            <wp:posOffset>5542060</wp:posOffset>
          </wp:positionH>
          <wp:positionV relativeFrom="paragraph">
            <wp:posOffset>-353999</wp:posOffset>
          </wp:positionV>
          <wp:extent cx="1476375" cy="434340"/>
          <wp:effectExtent l="0" t="0" r="9525" b="3810"/>
          <wp:wrapNone/>
          <wp:docPr id="442439447" name="Bildobjekt 1" descr="En bild som visar Grafik, Teckensnitt, logotyp, violett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2439447" name="Bildobjekt 1" descr="En bild som visar Grafik, Teckensnitt, logotyp, violett&#10;&#10;Automatiskt genererad beskrivn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6375" cy="434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rerad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rerad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22441168">
    <w:abstractNumId w:val="8"/>
  </w:num>
  <w:num w:numId="2" w16cid:durableId="225917746">
    <w:abstractNumId w:val="6"/>
  </w:num>
  <w:num w:numId="3" w16cid:durableId="1908609268">
    <w:abstractNumId w:val="5"/>
  </w:num>
  <w:num w:numId="4" w16cid:durableId="238174132">
    <w:abstractNumId w:val="4"/>
  </w:num>
  <w:num w:numId="5" w16cid:durableId="1804537080">
    <w:abstractNumId w:val="7"/>
  </w:num>
  <w:num w:numId="6" w16cid:durableId="593780646">
    <w:abstractNumId w:val="3"/>
  </w:num>
  <w:num w:numId="7" w16cid:durableId="1290476496">
    <w:abstractNumId w:val="2"/>
  </w:num>
  <w:num w:numId="8" w16cid:durableId="28074897">
    <w:abstractNumId w:val="1"/>
  </w:num>
  <w:num w:numId="9" w16cid:durableId="739838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22634"/>
    <w:rsid w:val="0029639D"/>
    <w:rsid w:val="002A2FE6"/>
    <w:rsid w:val="00326F90"/>
    <w:rsid w:val="00427813"/>
    <w:rsid w:val="00434043"/>
    <w:rsid w:val="006E02DE"/>
    <w:rsid w:val="00774876"/>
    <w:rsid w:val="00817F33"/>
    <w:rsid w:val="009C7B65"/>
    <w:rsid w:val="00AA1D8D"/>
    <w:rsid w:val="00B47730"/>
    <w:rsid w:val="00CB0664"/>
    <w:rsid w:val="00CC2337"/>
    <w:rsid w:val="00E31799"/>
    <w:rsid w:val="00E64E2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B9CF6E"/>
  <w14:defaultImageDpi w14:val="300"/>
  <w15:docId w15:val="{9881B6D3-B98C-4296-BDD3-2EE3882BC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Rubrik1">
    <w:name w:val="heading 1"/>
    <w:basedOn w:val="Normal"/>
    <w:next w:val="Normal"/>
    <w:link w:val="Rubri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618BF"/>
  </w:style>
  <w:style w:type="paragraph" w:styleId="Sidfot">
    <w:name w:val="footer"/>
    <w:basedOn w:val="Normal"/>
    <w:link w:val="Sidfo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618BF"/>
  </w:style>
  <w:style w:type="paragraph" w:styleId="Ingetavstnd">
    <w:name w:val="No Spacing"/>
    <w:uiPriority w:val="1"/>
    <w:qFormat/>
    <w:rsid w:val="00FC693F"/>
    <w:pPr>
      <w:spacing w:after="0" w:line="240" w:lineRule="auto"/>
    </w:pPr>
  </w:style>
  <w:style w:type="character" w:customStyle="1" w:styleId="Rubrik1Char">
    <w:name w:val="Rubrik 1 Char"/>
    <w:basedOn w:val="Standardstycketeckensnitt"/>
    <w:link w:val="Rubri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">
    <w:name w:val="Title"/>
    <w:basedOn w:val="Normal"/>
    <w:next w:val="Normal"/>
    <w:link w:val="Rubrik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styck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xt">
    <w:name w:val="Body Text"/>
    <w:basedOn w:val="Normal"/>
    <w:link w:val="BrdtextChar"/>
    <w:uiPriority w:val="99"/>
    <w:unhideWhenUsed/>
    <w:rsid w:val="00AA1D8D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rsid w:val="00AA1D8D"/>
  </w:style>
  <w:style w:type="paragraph" w:styleId="Brdtext2">
    <w:name w:val="Body Text 2"/>
    <w:basedOn w:val="Normal"/>
    <w:link w:val="Brdtext2Char"/>
    <w:uiPriority w:val="99"/>
    <w:unhideWhenUsed/>
    <w:rsid w:val="00AA1D8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rsid w:val="00AA1D8D"/>
  </w:style>
  <w:style w:type="paragraph" w:styleId="Brdtext3">
    <w:name w:val="Body Text 3"/>
    <w:basedOn w:val="Normal"/>
    <w:link w:val="Brd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a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a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a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reradlist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reradlist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reradlist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fortst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fortst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fortst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FC693F"/>
    <w:rPr>
      <w:i/>
      <w:iCs/>
      <w:color w:val="000000" w:themeColor="text1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ark">
    <w:name w:val="Strong"/>
    <w:basedOn w:val="Standardstycketeckensnitt"/>
    <w:uiPriority w:val="22"/>
    <w:qFormat/>
    <w:rsid w:val="00FC693F"/>
    <w:rPr>
      <w:b/>
      <w:bCs/>
    </w:rPr>
  </w:style>
  <w:style w:type="character" w:styleId="Betoning">
    <w:name w:val="Emphasis"/>
    <w:basedOn w:val="Standardstycketeckensnitt"/>
    <w:uiPriority w:val="20"/>
    <w:qFormat/>
    <w:rsid w:val="00FC693F"/>
    <w:rPr>
      <w:i/>
      <w:iCs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C693F"/>
    <w:rPr>
      <w:b/>
      <w:bCs/>
      <w:i/>
      <w:iCs/>
      <w:color w:val="4F81BD" w:themeColor="accent1"/>
    </w:rPr>
  </w:style>
  <w:style w:type="character" w:styleId="Diskretbetoning">
    <w:name w:val="Subtle Emphasis"/>
    <w:basedOn w:val="Standardstycketeckensnitt"/>
    <w:uiPriority w:val="19"/>
    <w:qFormat/>
    <w:rsid w:val="00FC693F"/>
    <w:rPr>
      <w:i/>
      <w:iCs/>
      <w:color w:val="808080" w:themeColor="text1" w:themeTint="7F"/>
    </w:rPr>
  </w:style>
  <w:style w:type="character" w:styleId="Starkbetoning">
    <w:name w:val="Intense Emphasis"/>
    <w:basedOn w:val="Standardstycketeckensnitt"/>
    <w:uiPriority w:val="21"/>
    <w:qFormat/>
    <w:rsid w:val="00FC693F"/>
    <w:rPr>
      <w:b/>
      <w:bCs/>
      <w:i/>
      <w:iCs/>
      <w:color w:val="4F81BD" w:themeColor="accent1"/>
    </w:rPr>
  </w:style>
  <w:style w:type="character" w:styleId="Diskretreferens">
    <w:name w:val="Subtle Reference"/>
    <w:basedOn w:val="Standardstycketeckensnitt"/>
    <w:uiPriority w:val="31"/>
    <w:qFormat/>
    <w:rsid w:val="00FC693F"/>
    <w:rPr>
      <w:smallCaps/>
      <w:color w:val="C0504D" w:themeColor="accent2"/>
      <w:u w:val="single"/>
    </w:rPr>
  </w:style>
  <w:style w:type="character" w:styleId="Starkreferens">
    <w:name w:val="Intense Reference"/>
    <w:basedOn w:val="Standardstycketecken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qFormat/>
    <w:rsid w:val="00FC693F"/>
    <w:rPr>
      <w:b/>
      <w:bCs/>
      <w:smallCap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FC693F"/>
    <w:pPr>
      <w:outlineLvl w:val="9"/>
    </w:pPr>
  </w:style>
  <w:style w:type="table" w:styleId="Tabellrutnt">
    <w:name w:val="Table Grid"/>
    <w:basedOn w:val="Normal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skuggning">
    <w:name w:val="Light Shading"/>
    <w:basedOn w:val="Normal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juslista">
    <w:name w:val="Light List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juslista-dekorfrg2">
    <w:name w:val="Light List Accent 2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juslista-dekorfrg3">
    <w:name w:val="Light List Accent 3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juslista-dekorfrg4">
    <w:name w:val="Light List Accent 4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juslista-dekorfrg5">
    <w:name w:val="Light List Accent 5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juslista-dekorfrg6">
    <w:name w:val="Light List Accent 6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justrutnt">
    <w:name w:val="Light Grid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justrutnt-dekorfrg2">
    <w:name w:val="Light Grid Accent 2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justrutnt-dekorfrg3">
    <w:name w:val="Light Grid Accent 3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justrutnt-dekorfrg4">
    <w:name w:val="Light Grid Accent 4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justrutnt-dekorfrg5">
    <w:name w:val="Light Grid Accent 5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justrutnt-dekorfrg6">
    <w:name w:val="Light Grid Accent 6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llanmrkskuggning1">
    <w:name w:val="Medium Shading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lista1">
    <w:name w:val="Medium Lis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llanmrklista2">
    <w:name w:val="Medium Lis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trutnt1">
    <w:name w:val="Medium Grid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llanmrktrutnt2">
    <w:name w:val="Medium Grid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a">
    <w:name w:val="Dark List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a-dekorfrg2">
    <w:name w:val="Dark List Accent 2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a-dekorfrg3">
    <w:name w:val="Dark List Accent 3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a-dekorfrg4">
    <w:name w:val="Dark List Accent 4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a-dekorfrg5">
    <w:name w:val="Dark List Accent 5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a-dekorfrg6">
    <w:name w:val="Dark List Accent 6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rgadskuggning">
    <w:name w:val="Colorful Shading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lista">
    <w:name w:val="Colorful List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rgadlista-dekorfrg2">
    <w:name w:val="Colorful List Accent 2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rgadlista-dekorfrg3">
    <w:name w:val="Colorful List Accent 3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rgadlista-dekorfrg4">
    <w:name w:val="Colorful List Accent 4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rgadlista-dekorfrg5">
    <w:name w:val="Colorful List Accent 5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rgadlista-dekorfrg6">
    <w:name w:val="Colorful List Accent 6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rgatrutnt">
    <w:name w:val="Colorful Grid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rgatrutnt-dekorfrg2">
    <w:name w:val="Colorful Grid Accent 2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rgatrutnt-dekorfrg3">
    <w:name w:val="Colorful Grid Accent 3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trutnt-dekorfrg4">
    <w:name w:val="Colorful Grid Accent 4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rgatrutnt-dekorfrg5">
    <w:name w:val="Colorful Grid Accent 5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rgatrutnt-dekorfrg6">
    <w:name w:val="Colorful Grid Accent 6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104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Frida Fontell</cp:lastModifiedBy>
  <cp:revision>2</cp:revision>
  <dcterms:created xsi:type="dcterms:W3CDTF">2026-10-14T07:41:00Z</dcterms:created>
  <dcterms:modified xsi:type="dcterms:W3CDTF">2026-10-14T07:41:00Z</dcterms:modified>
  <cp:category/>
</cp:coreProperties>
</file>