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6E20" w14:textId="2E4C3A4C" w:rsidR="00222634" w:rsidRDefault="00000000">
      <w:pPr>
        <w:spacing w:after="40"/>
        <w:jc w:val="center"/>
      </w:pPr>
      <w:proofErr w:type="spellStart"/>
      <w:r>
        <w:rPr>
          <w:b/>
          <w:sz w:val="36"/>
        </w:rPr>
        <w:t>Offert</w:t>
      </w:r>
      <w:proofErr w:type="spellEnd"/>
      <w:r>
        <w:rPr>
          <w:b/>
          <w:sz w:val="36"/>
        </w:rPr>
        <w:t xml:space="preserve"> – </w:t>
      </w:r>
      <w:proofErr w:type="spellStart"/>
      <w:r w:rsidR="00B22E78">
        <w:rPr>
          <w:b/>
          <w:sz w:val="36"/>
        </w:rPr>
        <w:t>Helsingborgs</w:t>
      </w:r>
      <w:proofErr w:type="spellEnd"/>
      <w:r w:rsidR="00B22E78">
        <w:rPr>
          <w:b/>
          <w:sz w:val="36"/>
        </w:rPr>
        <w:t xml:space="preserve"> </w:t>
      </w:r>
      <w:proofErr w:type="spellStart"/>
      <w:r w:rsidR="00B22E78">
        <w:rPr>
          <w:b/>
          <w:sz w:val="36"/>
        </w:rPr>
        <w:t>stad</w:t>
      </w:r>
      <w:proofErr w:type="spellEnd"/>
    </w:p>
    <w:p w14:paraId="255CA86E" w14:textId="416FD6AE" w:rsidR="00222634" w:rsidRDefault="00000000">
      <w:pPr>
        <w:spacing w:after="240"/>
        <w:jc w:val="center"/>
      </w:pPr>
      <w:proofErr w:type="spellStart"/>
      <w:r>
        <w:rPr>
          <w:b/>
          <w:sz w:val="22"/>
        </w:rPr>
        <w:t>Förfrågan</w:t>
      </w:r>
      <w:proofErr w:type="spellEnd"/>
      <w:r>
        <w:rPr>
          <w:b/>
          <w:sz w:val="22"/>
        </w:rPr>
        <w:t xml:space="preserve">: </w:t>
      </w:r>
      <w:proofErr w:type="spellStart"/>
      <w:r w:rsidR="006426AB" w:rsidRPr="006426AB">
        <w:rPr>
          <w:b/>
          <w:sz w:val="22"/>
        </w:rPr>
        <w:t>Systemspecialist</w:t>
      </w:r>
      <w:proofErr w:type="spellEnd"/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5101"/>
        <w:gridCol w:w="4836"/>
      </w:tblGrid>
      <w:tr w:rsidR="00222634" w14:paraId="5C187027" w14:textId="77777777" w:rsidTr="001D4E97">
        <w:trPr>
          <w:trHeight w:val="218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B63F87" w14:textId="77777777" w:rsidR="00222634" w:rsidRDefault="00000000">
            <w:proofErr w:type="spellStart"/>
            <w:r>
              <w:rPr>
                <w:b/>
              </w:rPr>
              <w:t>Bolag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B00764" w14:textId="743926EB" w:rsidR="00222634" w:rsidRDefault="00000000">
            <w:r>
              <w:t xml:space="preserve"> </w:t>
            </w:r>
          </w:p>
        </w:tc>
      </w:tr>
      <w:tr w:rsidR="00222634" w14:paraId="5CA061FE" w14:textId="77777777" w:rsidTr="001D4E97">
        <w:trPr>
          <w:trHeight w:val="207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93666E" w14:textId="77777777" w:rsidR="00222634" w:rsidRDefault="00000000">
            <w:proofErr w:type="spellStart"/>
            <w:r>
              <w:rPr>
                <w:b/>
              </w:rPr>
              <w:t>Konsultnamn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CD50C5" w14:textId="77777777" w:rsidR="00222634" w:rsidRDefault="00000000">
            <w:r>
              <w:t xml:space="preserve"> </w:t>
            </w:r>
          </w:p>
        </w:tc>
      </w:tr>
      <w:tr w:rsidR="00222634" w14:paraId="60B49456" w14:textId="77777777" w:rsidTr="001D4E97">
        <w:trPr>
          <w:trHeight w:val="218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DC319B" w14:textId="77777777" w:rsidR="00222634" w:rsidRDefault="00000000">
            <w:r>
              <w:rPr>
                <w:b/>
              </w:rPr>
              <w:t>Leverantörspris/h: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67C31B" w14:textId="77777777" w:rsidR="00222634" w:rsidRDefault="00000000">
            <w:r>
              <w:t xml:space="preserve"> </w:t>
            </w:r>
          </w:p>
        </w:tc>
      </w:tr>
      <w:tr w:rsidR="00222634" w14:paraId="43880DC1" w14:textId="77777777" w:rsidTr="001D4E97">
        <w:trPr>
          <w:trHeight w:val="218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AB838F" w14:textId="77777777" w:rsidR="00222634" w:rsidRDefault="00000000">
            <w:proofErr w:type="spellStart"/>
            <w:r>
              <w:rPr>
                <w:b/>
              </w:rPr>
              <w:t>Tillgänglighet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E2B008" w14:textId="77777777" w:rsidR="00222634" w:rsidRDefault="00000000">
            <w:r>
              <w:t xml:space="preserve"> </w:t>
            </w:r>
          </w:p>
        </w:tc>
      </w:tr>
      <w:tr w:rsidR="00222634" w14:paraId="73EF5523" w14:textId="77777777" w:rsidTr="001D4E97">
        <w:trPr>
          <w:trHeight w:val="207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847FDA" w14:textId="77777777" w:rsidR="00222634" w:rsidRDefault="00000000">
            <w:r>
              <w:rPr>
                <w:b/>
              </w:rPr>
              <w:t>Pris/h (</w:t>
            </w:r>
            <w:proofErr w:type="spellStart"/>
            <w:r>
              <w:rPr>
                <w:b/>
              </w:rPr>
              <w:t>inklusive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Levigo</w:t>
            </w:r>
            <w:proofErr w:type="spellEnd"/>
            <w:r>
              <w:rPr>
                <w:b/>
              </w:rPr>
              <w:t>-marginal):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29A6C2" w14:textId="77777777" w:rsidR="00222634" w:rsidRDefault="00000000">
            <w:proofErr w:type="spellStart"/>
            <w:proofErr w:type="gramStart"/>
            <w:r>
              <w:rPr>
                <w:i/>
                <w:sz w:val="18"/>
              </w:rPr>
              <w:t>Fylls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</w:t>
            </w:r>
            <w:proofErr w:type="spellEnd"/>
            <w:proofErr w:type="gramEnd"/>
            <w:r>
              <w:rPr>
                <w:i/>
                <w:sz w:val="18"/>
              </w:rPr>
              <w:t xml:space="preserve"> av </w:t>
            </w:r>
            <w:proofErr w:type="spellStart"/>
            <w:r>
              <w:rPr>
                <w:i/>
                <w:sz w:val="18"/>
              </w:rPr>
              <w:t>Levigo</w:t>
            </w:r>
            <w:proofErr w:type="spellEnd"/>
          </w:p>
        </w:tc>
      </w:tr>
    </w:tbl>
    <w:p w14:paraId="56A6AFED" w14:textId="77777777" w:rsidR="00222634" w:rsidRDefault="0022263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222634" w14:paraId="54AE2152" w14:textId="77777777" w:rsidTr="00E31799">
        <w:trPr>
          <w:trHeight w:val="328"/>
        </w:trPr>
        <w:tc>
          <w:tcPr>
            <w:tcW w:w="10356" w:type="dxa"/>
            <w:shd w:val="clear" w:color="auto" w:fill="D9E4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3B7FE93" w14:textId="77777777" w:rsidR="00222634" w:rsidRDefault="00000000">
            <w:pPr>
              <w:spacing w:after="0"/>
            </w:pPr>
            <w:r>
              <w:rPr>
                <w:b/>
                <w:sz w:val="26"/>
              </w:rPr>
              <w:t>Skall-</w:t>
            </w:r>
            <w:proofErr w:type="spellStart"/>
            <w:r>
              <w:rPr>
                <w:b/>
                <w:sz w:val="26"/>
              </w:rPr>
              <w:t>krav</w:t>
            </w:r>
            <w:proofErr w:type="spellEnd"/>
          </w:p>
        </w:tc>
      </w:tr>
    </w:tbl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5B117531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41316A" w14:textId="49CB0B86" w:rsidR="00222634" w:rsidRDefault="006426AB">
            <w:proofErr w:type="spellStart"/>
            <w:r w:rsidRPr="006426AB">
              <w:rPr>
                <w:b/>
              </w:rPr>
              <w:t>Konsulten</w:t>
            </w:r>
            <w:proofErr w:type="spellEnd"/>
            <w:r w:rsidRPr="006426AB">
              <w:rPr>
                <w:b/>
              </w:rPr>
              <w:t xml:space="preserve"> ska ha </w:t>
            </w:r>
            <w:proofErr w:type="spellStart"/>
            <w:r w:rsidRPr="006426AB">
              <w:rPr>
                <w:b/>
              </w:rPr>
              <w:t>dokumenterad</w:t>
            </w:r>
            <w:proofErr w:type="spellEnd"/>
            <w:r w:rsidRPr="006426AB">
              <w:rPr>
                <w:b/>
              </w:rPr>
              <w:t xml:space="preserve"> </w:t>
            </w:r>
            <w:proofErr w:type="spellStart"/>
            <w:r w:rsidRPr="006426AB">
              <w:rPr>
                <w:b/>
              </w:rPr>
              <w:t>erfarenhet</w:t>
            </w:r>
            <w:proofErr w:type="spellEnd"/>
            <w:r w:rsidRPr="006426AB">
              <w:rPr>
                <w:b/>
              </w:rPr>
              <w:t xml:space="preserve"> av MFA-strategi.</w:t>
            </w:r>
          </w:p>
        </w:tc>
      </w:tr>
      <w:tr w:rsidR="00222634" w14:paraId="4085F119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C9AFCB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1F69D42B" w14:textId="77777777" w:rsidR="00222634" w:rsidRDefault="00000000">
            <w:r>
              <w:t xml:space="preserve"> </w:t>
            </w:r>
          </w:p>
          <w:p w14:paraId="39FD2BCC" w14:textId="6F4D8F1E" w:rsidR="00222634" w:rsidRDefault="00000000">
            <w:r>
              <w:t xml:space="preserve"> </w:t>
            </w:r>
          </w:p>
        </w:tc>
      </w:tr>
    </w:tbl>
    <w:p w14:paraId="6D7F2A90" w14:textId="77777777" w:rsidR="00222634" w:rsidRDefault="00222634">
      <w:pPr>
        <w:spacing w:after="2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49CA3464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90D863" w14:textId="4485F456" w:rsidR="00222634" w:rsidRDefault="006426AB">
            <w:proofErr w:type="spellStart"/>
            <w:r w:rsidRPr="006426AB">
              <w:rPr>
                <w:b/>
              </w:rPr>
              <w:t>Konsulten</w:t>
            </w:r>
            <w:proofErr w:type="spellEnd"/>
            <w:r w:rsidRPr="006426AB">
              <w:rPr>
                <w:b/>
              </w:rPr>
              <w:t xml:space="preserve"> ska ha </w:t>
            </w:r>
            <w:proofErr w:type="spellStart"/>
            <w:r w:rsidRPr="006426AB">
              <w:rPr>
                <w:b/>
              </w:rPr>
              <w:t>dokumenterad</w:t>
            </w:r>
            <w:proofErr w:type="spellEnd"/>
            <w:r w:rsidRPr="006426AB">
              <w:rPr>
                <w:b/>
              </w:rPr>
              <w:t xml:space="preserve"> </w:t>
            </w:r>
            <w:proofErr w:type="spellStart"/>
            <w:r w:rsidRPr="006426AB">
              <w:rPr>
                <w:b/>
              </w:rPr>
              <w:t>erfarenhet</w:t>
            </w:r>
            <w:proofErr w:type="spellEnd"/>
            <w:r w:rsidRPr="006426AB">
              <w:rPr>
                <w:b/>
              </w:rPr>
              <w:t xml:space="preserve"> av Conditional Access-design.</w:t>
            </w:r>
          </w:p>
        </w:tc>
      </w:tr>
      <w:tr w:rsidR="00222634" w14:paraId="3EB2E5BD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48C5C7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1BD86140" w14:textId="77777777" w:rsidR="00222634" w:rsidRDefault="00000000">
            <w:r>
              <w:t xml:space="preserve"> </w:t>
            </w:r>
          </w:p>
          <w:p w14:paraId="571794C3" w14:textId="77777777" w:rsidR="00222634" w:rsidRDefault="00000000">
            <w:r>
              <w:t xml:space="preserve"> </w:t>
            </w:r>
          </w:p>
        </w:tc>
      </w:tr>
    </w:tbl>
    <w:p w14:paraId="702468E3" w14:textId="77777777" w:rsidR="00222634" w:rsidRDefault="00222634">
      <w:pPr>
        <w:spacing w:after="2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77B855E7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D8B584" w14:textId="36898FA6" w:rsidR="00222634" w:rsidRDefault="006426AB">
            <w:proofErr w:type="spellStart"/>
            <w:r w:rsidRPr="006426AB">
              <w:rPr>
                <w:b/>
              </w:rPr>
              <w:t>Konsulten</w:t>
            </w:r>
            <w:proofErr w:type="spellEnd"/>
            <w:r w:rsidRPr="006426AB">
              <w:rPr>
                <w:b/>
              </w:rPr>
              <w:t xml:space="preserve"> ska ha </w:t>
            </w:r>
            <w:proofErr w:type="spellStart"/>
            <w:r w:rsidRPr="006426AB">
              <w:rPr>
                <w:b/>
              </w:rPr>
              <w:t>dokumenterad</w:t>
            </w:r>
            <w:proofErr w:type="spellEnd"/>
            <w:r w:rsidRPr="006426AB">
              <w:rPr>
                <w:b/>
              </w:rPr>
              <w:t xml:space="preserve"> </w:t>
            </w:r>
            <w:proofErr w:type="spellStart"/>
            <w:r w:rsidRPr="006426AB">
              <w:rPr>
                <w:b/>
              </w:rPr>
              <w:t>erfarenhet</w:t>
            </w:r>
            <w:proofErr w:type="spellEnd"/>
            <w:r w:rsidRPr="006426AB">
              <w:rPr>
                <w:b/>
              </w:rPr>
              <w:t xml:space="preserve"> av </w:t>
            </w:r>
            <w:proofErr w:type="spellStart"/>
            <w:r w:rsidRPr="006426AB">
              <w:rPr>
                <w:b/>
              </w:rPr>
              <w:t>identitets</w:t>
            </w:r>
            <w:proofErr w:type="spellEnd"/>
            <w:r w:rsidRPr="006426AB">
              <w:rPr>
                <w:b/>
              </w:rPr>
              <w:t xml:space="preserve">- och </w:t>
            </w:r>
            <w:proofErr w:type="spellStart"/>
            <w:r w:rsidRPr="006426AB">
              <w:rPr>
                <w:b/>
              </w:rPr>
              <w:t>åtkomsthantering</w:t>
            </w:r>
            <w:proofErr w:type="spellEnd"/>
            <w:r w:rsidRPr="006426AB">
              <w:rPr>
                <w:b/>
              </w:rPr>
              <w:t xml:space="preserve"> </w:t>
            </w:r>
            <w:proofErr w:type="spellStart"/>
            <w:r w:rsidRPr="006426AB">
              <w:rPr>
                <w:b/>
              </w:rPr>
              <w:t>i</w:t>
            </w:r>
            <w:proofErr w:type="spellEnd"/>
            <w:r w:rsidRPr="006426AB">
              <w:rPr>
                <w:b/>
              </w:rPr>
              <w:t xml:space="preserve"> Microsoft-</w:t>
            </w:r>
            <w:proofErr w:type="spellStart"/>
            <w:r w:rsidRPr="006426AB">
              <w:rPr>
                <w:b/>
              </w:rPr>
              <w:t>miljö</w:t>
            </w:r>
            <w:proofErr w:type="spellEnd"/>
            <w:r w:rsidRPr="006426AB">
              <w:rPr>
                <w:b/>
              </w:rPr>
              <w:t xml:space="preserve">, </w:t>
            </w:r>
            <w:proofErr w:type="spellStart"/>
            <w:r w:rsidRPr="006426AB">
              <w:rPr>
                <w:b/>
              </w:rPr>
              <w:t>exempelvis</w:t>
            </w:r>
            <w:proofErr w:type="spellEnd"/>
            <w:r w:rsidRPr="006426AB">
              <w:rPr>
                <w:b/>
              </w:rPr>
              <w:t xml:space="preserve"> Microsoft Entra ID/Azure AD.</w:t>
            </w:r>
          </w:p>
        </w:tc>
      </w:tr>
      <w:tr w:rsidR="00222634" w14:paraId="3CFBA39D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C46DA9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0BAFD838" w14:textId="77777777" w:rsidR="00222634" w:rsidRDefault="00000000">
            <w:r>
              <w:t xml:space="preserve"> </w:t>
            </w:r>
          </w:p>
          <w:p w14:paraId="74069E81" w14:textId="77777777" w:rsidR="00222634" w:rsidRDefault="00000000">
            <w:r>
              <w:t xml:space="preserve"> </w:t>
            </w:r>
          </w:p>
        </w:tc>
      </w:tr>
    </w:tbl>
    <w:p w14:paraId="1CC0957B" w14:textId="77777777" w:rsidR="00222634" w:rsidRDefault="00222634">
      <w:pPr>
        <w:spacing w:after="2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007EEF40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334230" w14:textId="1CA72770" w:rsidR="00222634" w:rsidRDefault="006426AB">
            <w:proofErr w:type="spellStart"/>
            <w:r w:rsidRPr="006426AB">
              <w:rPr>
                <w:b/>
              </w:rPr>
              <w:t>Konsulten</w:t>
            </w:r>
            <w:proofErr w:type="spellEnd"/>
            <w:r w:rsidRPr="006426AB">
              <w:rPr>
                <w:b/>
              </w:rPr>
              <w:t xml:space="preserve"> ska </w:t>
            </w:r>
            <w:proofErr w:type="spellStart"/>
            <w:r w:rsidRPr="006426AB">
              <w:rPr>
                <w:b/>
              </w:rPr>
              <w:t>kunna</w:t>
            </w:r>
            <w:proofErr w:type="spellEnd"/>
            <w:r w:rsidRPr="006426AB">
              <w:rPr>
                <w:b/>
              </w:rPr>
              <w:t xml:space="preserve"> </w:t>
            </w:r>
            <w:proofErr w:type="spellStart"/>
            <w:r w:rsidRPr="006426AB">
              <w:rPr>
                <w:b/>
              </w:rPr>
              <w:t>agera</w:t>
            </w:r>
            <w:proofErr w:type="spellEnd"/>
            <w:r w:rsidRPr="006426AB">
              <w:rPr>
                <w:b/>
              </w:rPr>
              <w:t xml:space="preserve"> </w:t>
            </w:r>
            <w:proofErr w:type="spellStart"/>
            <w:r w:rsidRPr="006426AB">
              <w:rPr>
                <w:b/>
              </w:rPr>
              <w:t>som</w:t>
            </w:r>
            <w:proofErr w:type="spellEnd"/>
            <w:r w:rsidRPr="006426AB">
              <w:rPr>
                <w:b/>
              </w:rPr>
              <w:t xml:space="preserve"> </w:t>
            </w:r>
            <w:proofErr w:type="spellStart"/>
            <w:r w:rsidRPr="006426AB">
              <w:rPr>
                <w:b/>
              </w:rPr>
              <w:t>teknisk</w:t>
            </w:r>
            <w:proofErr w:type="spellEnd"/>
            <w:r w:rsidRPr="006426AB">
              <w:rPr>
                <w:b/>
              </w:rPr>
              <w:t xml:space="preserve"> </w:t>
            </w:r>
            <w:proofErr w:type="spellStart"/>
            <w:r w:rsidRPr="006426AB">
              <w:rPr>
                <w:b/>
              </w:rPr>
              <w:t>resurs</w:t>
            </w:r>
            <w:proofErr w:type="spellEnd"/>
            <w:r w:rsidRPr="006426AB">
              <w:rPr>
                <w:b/>
              </w:rPr>
              <w:t xml:space="preserve"> </w:t>
            </w:r>
            <w:proofErr w:type="spellStart"/>
            <w:r w:rsidRPr="006426AB">
              <w:rPr>
                <w:b/>
              </w:rPr>
              <w:t>inom</w:t>
            </w:r>
            <w:proofErr w:type="spellEnd"/>
            <w:r w:rsidRPr="006426AB">
              <w:rPr>
                <w:b/>
              </w:rPr>
              <w:t xml:space="preserve"> </w:t>
            </w:r>
            <w:proofErr w:type="spellStart"/>
            <w:r w:rsidRPr="006426AB">
              <w:rPr>
                <w:b/>
              </w:rPr>
              <w:t>analys</w:t>
            </w:r>
            <w:proofErr w:type="spellEnd"/>
            <w:r w:rsidRPr="006426AB">
              <w:rPr>
                <w:b/>
              </w:rPr>
              <w:t xml:space="preserve">, strategi, design och </w:t>
            </w:r>
            <w:proofErr w:type="spellStart"/>
            <w:r w:rsidRPr="006426AB">
              <w:rPr>
                <w:b/>
              </w:rPr>
              <w:t>planering</w:t>
            </w:r>
            <w:proofErr w:type="spellEnd"/>
            <w:r w:rsidRPr="006426AB">
              <w:rPr>
                <w:b/>
              </w:rPr>
              <w:t>.</w:t>
            </w:r>
          </w:p>
        </w:tc>
      </w:tr>
      <w:tr w:rsidR="00222634" w14:paraId="7C891453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AD2C7D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2E9080C4" w14:textId="77777777" w:rsidR="00222634" w:rsidRDefault="00000000">
            <w:r>
              <w:t xml:space="preserve"> </w:t>
            </w:r>
          </w:p>
          <w:p w14:paraId="78A8BDDF" w14:textId="77777777" w:rsidR="00222634" w:rsidRDefault="00000000">
            <w:r>
              <w:t xml:space="preserve"> </w:t>
            </w:r>
          </w:p>
        </w:tc>
      </w:tr>
    </w:tbl>
    <w:p w14:paraId="31DDA392" w14:textId="77777777" w:rsidR="00222634" w:rsidRDefault="00222634">
      <w:pPr>
        <w:spacing w:after="20"/>
      </w:pPr>
    </w:p>
    <w:p w14:paraId="69A58AB6" w14:textId="77777777" w:rsidR="00222634" w:rsidRDefault="00222634">
      <w:pPr>
        <w:spacing w:after="20"/>
      </w:pPr>
    </w:p>
    <w:p w14:paraId="3FE7C793" w14:textId="77777777" w:rsidR="00222634" w:rsidRDefault="00222634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22634" w14:paraId="64C99DD4" w14:textId="77777777">
        <w:trPr>
          <w:jc w:val="center"/>
        </w:trPr>
        <w:tc>
          <w:tcPr>
            <w:tcW w:w="10312" w:type="dxa"/>
            <w:shd w:val="clear" w:color="auto" w:fill="D9E4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9E01670" w14:textId="77777777" w:rsidR="00222634" w:rsidRDefault="00000000">
            <w:pPr>
              <w:spacing w:after="0"/>
            </w:pPr>
            <w:proofErr w:type="spellStart"/>
            <w:r>
              <w:rPr>
                <w:b/>
                <w:sz w:val="26"/>
              </w:rPr>
              <w:t>Bör-krav</w:t>
            </w:r>
            <w:proofErr w:type="spellEnd"/>
            <w:r>
              <w:rPr>
                <w:b/>
                <w:sz w:val="26"/>
              </w:rPr>
              <w:t xml:space="preserve"> – </w:t>
            </w:r>
            <w:proofErr w:type="spellStart"/>
            <w:r>
              <w:rPr>
                <w:b/>
                <w:sz w:val="26"/>
              </w:rPr>
              <w:t>bekräfta</w:t>
            </w:r>
            <w:proofErr w:type="spellEnd"/>
            <w:r>
              <w:rPr>
                <w:b/>
                <w:sz w:val="26"/>
              </w:rPr>
              <w:t xml:space="preserve"> om </w:t>
            </w:r>
            <w:proofErr w:type="spellStart"/>
            <w:r>
              <w:rPr>
                <w:b/>
                <w:sz w:val="26"/>
              </w:rPr>
              <w:t>kraven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uppfylls</w:t>
            </w:r>
            <w:proofErr w:type="spellEnd"/>
          </w:p>
        </w:tc>
      </w:tr>
    </w:tbl>
    <w:p w14:paraId="25B8B15F" w14:textId="77777777" w:rsidR="00222634" w:rsidRDefault="00000000">
      <w:pPr>
        <w:spacing w:before="100" w:after="140"/>
      </w:pPr>
      <w:proofErr w:type="spellStart"/>
      <w:r>
        <w:rPr>
          <w:b/>
        </w:rPr>
        <w:t>Konsulten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bör</w:t>
      </w:r>
      <w:proofErr w:type="spellEnd"/>
      <w:r>
        <w:rPr>
          <w:b/>
        </w:rPr>
        <w:t xml:space="preserve"> ha </w:t>
      </w:r>
      <w:proofErr w:type="spellStart"/>
      <w:r>
        <w:rPr>
          <w:b/>
        </w:rPr>
        <w:t>erfarenhet</w:t>
      </w:r>
      <w:proofErr w:type="spellEnd"/>
      <w:r>
        <w:rPr>
          <w:b/>
        </w:rPr>
        <w:t xml:space="preserve"> av. </w:t>
      </w:r>
      <w:r>
        <w:t xml:space="preserve">Klicka </w:t>
      </w:r>
      <w:proofErr w:type="spellStart"/>
      <w:proofErr w:type="gramStart"/>
      <w:r>
        <w:t>i</w:t>
      </w:r>
      <w:proofErr w:type="spellEnd"/>
      <w:r>
        <w:t xml:space="preserve"> ”Ja</w:t>
      </w:r>
      <w:proofErr w:type="gramEnd"/>
      <w:r>
        <w:t xml:space="preserve">” </w:t>
      </w:r>
      <w:proofErr w:type="spellStart"/>
      <w:proofErr w:type="gramStart"/>
      <w:r>
        <w:t>eller</w:t>
      </w:r>
      <w:proofErr w:type="spellEnd"/>
      <w:r>
        <w:t xml:space="preserve"> ”Nej</w:t>
      </w:r>
      <w:proofErr w:type="gramEnd"/>
      <w:r>
        <w:t xml:space="preserve">” </w:t>
      </w:r>
      <w:proofErr w:type="spellStart"/>
      <w:r>
        <w:t>beroende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om </w:t>
      </w:r>
      <w:proofErr w:type="spellStart"/>
      <w:r>
        <w:t>konsulten</w:t>
      </w:r>
      <w:proofErr w:type="spellEnd"/>
      <w:r>
        <w:t xml:space="preserve"> </w:t>
      </w:r>
      <w:proofErr w:type="spellStart"/>
      <w:r>
        <w:t>uppfyller</w:t>
      </w:r>
      <w:proofErr w:type="spellEnd"/>
      <w:r>
        <w:t xml:space="preserve"> </w:t>
      </w:r>
      <w:proofErr w:type="spellStart"/>
      <w:r>
        <w:t>respektive</w:t>
      </w:r>
      <w:proofErr w:type="spellEnd"/>
      <w:r>
        <w:t xml:space="preserve"> </w:t>
      </w:r>
      <w:proofErr w:type="spellStart"/>
      <w:r>
        <w:t>krav</w:t>
      </w:r>
      <w:proofErr w:type="spellEnd"/>
      <w:r>
        <w:t>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3"/>
        <w:gridCol w:w="3433"/>
      </w:tblGrid>
      <w:tr w:rsidR="00222634" w14:paraId="72494D5A" w14:textId="77777777" w:rsidTr="00B22E78">
        <w:trPr>
          <w:trHeight w:val="137"/>
          <w:jc w:val="center"/>
        </w:trPr>
        <w:tc>
          <w:tcPr>
            <w:tcW w:w="3436" w:type="dxa"/>
            <w:shd w:val="clear" w:color="auto" w:fill="EAF0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795DCF" w14:textId="77777777" w:rsidR="00222634" w:rsidRDefault="00000000">
            <w:proofErr w:type="spellStart"/>
            <w:r>
              <w:rPr>
                <w:b/>
              </w:rPr>
              <w:t>Bör-krav</w:t>
            </w:r>
            <w:proofErr w:type="spellEnd"/>
          </w:p>
        </w:tc>
        <w:tc>
          <w:tcPr>
            <w:tcW w:w="3433" w:type="dxa"/>
            <w:shd w:val="clear" w:color="auto" w:fill="EAF0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108EF1" w14:textId="77777777" w:rsidR="00222634" w:rsidRDefault="00000000">
            <w:pPr>
              <w:jc w:val="center"/>
            </w:pPr>
            <w:r>
              <w:rPr>
                <w:b/>
              </w:rPr>
              <w:t>Ja</w:t>
            </w:r>
          </w:p>
        </w:tc>
        <w:tc>
          <w:tcPr>
            <w:tcW w:w="3433" w:type="dxa"/>
            <w:shd w:val="clear" w:color="auto" w:fill="EAF0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4864A2" w14:textId="77777777" w:rsidR="00222634" w:rsidRDefault="00000000">
            <w:pPr>
              <w:jc w:val="center"/>
            </w:pPr>
            <w:r>
              <w:rPr>
                <w:b/>
              </w:rPr>
              <w:t>Nej</w:t>
            </w:r>
          </w:p>
        </w:tc>
      </w:tr>
      <w:tr w:rsidR="00222634" w14:paraId="25157B3F" w14:textId="77777777" w:rsidTr="00B22E78">
        <w:trPr>
          <w:trHeight w:val="283"/>
          <w:jc w:val="center"/>
        </w:trPr>
        <w:tc>
          <w:tcPr>
            <w:tcW w:w="3436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1296D87" w14:textId="55758290" w:rsidR="00222634" w:rsidRDefault="006426AB">
            <w:proofErr w:type="spellStart"/>
            <w:r w:rsidRPr="006426AB">
              <w:lastRenderedPageBreak/>
              <w:t>Erfarenhet</w:t>
            </w:r>
            <w:proofErr w:type="spellEnd"/>
            <w:r w:rsidRPr="006426AB">
              <w:t xml:space="preserve"> av MFA-</w:t>
            </w:r>
            <w:proofErr w:type="spellStart"/>
            <w:r w:rsidRPr="006426AB">
              <w:t>införande</w:t>
            </w:r>
            <w:proofErr w:type="spellEnd"/>
            <w:r w:rsidRPr="006426AB">
              <w:t xml:space="preserve"> </w:t>
            </w:r>
            <w:proofErr w:type="spellStart"/>
            <w:r w:rsidRPr="006426AB">
              <w:t>inom</w:t>
            </w:r>
            <w:proofErr w:type="spellEnd"/>
            <w:r w:rsidRPr="006426AB">
              <w:t xml:space="preserve"> </w:t>
            </w:r>
            <w:proofErr w:type="spellStart"/>
            <w:r w:rsidRPr="006426AB">
              <w:t>offentlig</w:t>
            </w:r>
            <w:proofErr w:type="spellEnd"/>
            <w:r w:rsidRPr="006426AB">
              <w:t xml:space="preserve"> </w:t>
            </w:r>
            <w:proofErr w:type="spellStart"/>
            <w:r w:rsidRPr="006426AB">
              <w:t>sektor</w:t>
            </w:r>
            <w:proofErr w:type="spellEnd"/>
            <w:r w:rsidRPr="006426AB">
              <w:t xml:space="preserve"> och/</w:t>
            </w:r>
            <w:proofErr w:type="spellStart"/>
            <w:r w:rsidRPr="006426AB">
              <w:t>eller</w:t>
            </w:r>
            <w:proofErr w:type="spellEnd"/>
            <w:r w:rsidRPr="006426AB">
              <w:t xml:space="preserve"> </w:t>
            </w:r>
            <w:proofErr w:type="spellStart"/>
            <w:r w:rsidRPr="006426AB">
              <w:t>kommunal</w:t>
            </w:r>
            <w:proofErr w:type="spellEnd"/>
            <w:r w:rsidRPr="006426AB">
              <w:t xml:space="preserve"> </w:t>
            </w:r>
            <w:proofErr w:type="spellStart"/>
            <w:r w:rsidRPr="006426AB">
              <w:t>verksamhet</w:t>
            </w:r>
            <w:proofErr w:type="spellEnd"/>
            <w:r w:rsidRPr="006426AB">
              <w:t>.</w:t>
            </w:r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5B90D0" w14:textId="66300AA4" w:rsidR="00222634" w:rsidRDefault="00000000">
            <w:pPr>
              <w:jc w:val="center"/>
            </w:pPr>
            <w:sdt>
              <w:sdtPr>
                <w:id w:val="-2302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E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CF3AF4" w14:textId="06C483C5" w:rsidR="00222634" w:rsidRDefault="00000000">
            <w:pPr>
              <w:jc w:val="center"/>
            </w:pPr>
            <w:sdt>
              <w:sdtPr>
                <w:id w:val="-68251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426AB" w14:paraId="33247927" w14:textId="77777777" w:rsidTr="00B22E78">
        <w:trPr>
          <w:trHeight w:val="145"/>
          <w:jc w:val="center"/>
        </w:trPr>
        <w:tc>
          <w:tcPr>
            <w:tcW w:w="3436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7C6739F" w14:textId="1E38C167" w:rsidR="006426AB" w:rsidRPr="00B22E78" w:rsidRDefault="006426AB">
            <w:proofErr w:type="spellStart"/>
            <w:r w:rsidRPr="006426AB">
              <w:t>Erfarenhet</w:t>
            </w:r>
            <w:proofErr w:type="spellEnd"/>
            <w:r w:rsidRPr="006426AB">
              <w:t xml:space="preserve"> av </w:t>
            </w:r>
            <w:proofErr w:type="spellStart"/>
            <w:r w:rsidRPr="006426AB">
              <w:t>hantering</w:t>
            </w:r>
            <w:proofErr w:type="spellEnd"/>
            <w:r w:rsidRPr="006426AB">
              <w:t xml:space="preserve"> och </w:t>
            </w:r>
            <w:proofErr w:type="spellStart"/>
            <w:r w:rsidRPr="006426AB">
              <w:t>riskbedömning</w:t>
            </w:r>
            <w:proofErr w:type="spellEnd"/>
            <w:r w:rsidRPr="006426AB">
              <w:t xml:space="preserve"> av legacy-system.</w:t>
            </w:r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34E7A85" w14:textId="77777777" w:rsidR="006426AB" w:rsidRDefault="006426AB">
            <w:pPr>
              <w:jc w:val="center"/>
            </w:pPr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4BF1F68" w14:textId="77777777" w:rsidR="006426AB" w:rsidRDefault="006426AB">
            <w:pPr>
              <w:jc w:val="center"/>
            </w:pPr>
          </w:p>
        </w:tc>
      </w:tr>
      <w:tr w:rsidR="00222634" w14:paraId="7377FA9C" w14:textId="77777777" w:rsidTr="00B22E78">
        <w:trPr>
          <w:trHeight w:val="145"/>
          <w:jc w:val="center"/>
        </w:trPr>
        <w:tc>
          <w:tcPr>
            <w:tcW w:w="3436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25DE7D" w14:textId="5D8FB67C" w:rsidR="00222634" w:rsidRDefault="006426AB">
            <w:proofErr w:type="spellStart"/>
            <w:r w:rsidRPr="006426AB">
              <w:t>Erfarenhet</w:t>
            </w:r>
            <w:proofErr w:type="spellEnd"/>
            <w:r w:rsidRPr="006426AB">
              <w:t xml:space="preserve"> av </w:t>
            </w:r>
            <w:proofErr w:type="spellStart"/>
            <w:r w:rsidRPr="006426AB">
              <w:t>att</w:t>
            </w:r>
            <w:proofErr w:type="spellEnd"/>
            <w:r w:rsidRPr="006426AB">
              <w:t xml:space="preserve"> ta </w:t>
            </w:r>
            <w:proofErr w:type="spellStart"/>
            <w:r w:rsidRPr="006426AB">
              <w:t>fram</w:t>
            </w:r>
            <w:proofErr w:type="spellEnd"/>
            <w:r w:rsidRPr="006426AB">
              <w:t xml:space="preserve"> </w:t>
            </w:r>
            <w:proofErr w:type="spellStart"/>
            <w:r w:rsidRPr="006426AB">
              <w:t>kommunikationsplaner</w:t>
            </w:r>
            <w:proofErr w:type="spellEnd"/>
            <w:r w:rsidRPr="006426AB">
              <w:t>.</w:t>
            </w:r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D54540" w14:textId="0DF5B045" w:rsidR="00222634" w:rsidRDefault="00000000">
            <w:pPr>
              <w:jc w:val="center"/>
            </w:pPr>
            <w:sdt>
              <w:sdtPr>
                <w:id w:val="182469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CE96B2" w14:textId="064F471C" w:rsidR="00222634" w:rsidRDefault="00000000">
            <w:pPr>
              <w:jc w:val="center"/>
            </w:pPr>
            <w:sdt>
              <w:sdtPr>
                <w:id w:val="172333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E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22634" w14:paraId="095DAA17" w14:textId="77777777" w:rsidTr="00B22E78">
        <w:trPr>
          <w:trHeight w:val="412"/>
          <w:jc w:val="center"/>
        </w:trPr>
        <w:tc>
          <w:tcPr>
            <w:tcW w:w="3436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D62B9B" w14:textId="3F03AAF7" w:rsidR="00222634" w:rsidRDefault="006426AB">
            <w:proofErr w:type="spellStart"/>
            <w:r w:rsidRPr="006426AB">
              <w:t>Erfarenhet</w:t>
            </w:r>
            <w:proofErr w:type="spellEnd"/>
            <w:r w:rsidRPr="006426AB">
              <w:t xml:space="preserve"> av </w:t>
            </w:r>
            <w:proofErr w:type="spellStart"/>
            <w:r w:rsidRPr="006426AB">
              <w:t>förändringsarbete</w:t>
            </w:r>
            <w:proofErr w:type="spellEnd"/>
            <w:r w:rsidRPr="006426AB">
              <w:t xml:space="preserve"> </w:t>
            </w:r>
            <w:proofErr w:type="spellStart"/>
            <w:r w:rsidRPr="006426AB">
              <w:t>kopplat</w:t>
            </w:r>
            <w:proofErr w:type="spellEnd"/>
            <w:r w:rsidRPr="006426AB">
              <w:t xml:space="preserve"> till slutanvändare.</w:t>
            </w:r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53B9BE" w14:textId="36E70A88" w:rsidR="00222634" w:rsidRDefault="00000000">
            <w:pPr>
              <w:jc w:val="center"/>
            </w:pPr>
            <w:sdt>
              <w:sdtPr>
                <w:id w:val="96238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E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097F18" w14:textId="41A6E7FD" w:rsidR="00222634" w:rsidRDefault="00000000">
            <w:pPr>
              <w:jc w:val="center"/>
            </w:pPr>
            <w:sdt>
              <w:sdtPr>
                <w:id w:val="27328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9840DF2" w14:textId="77777777" w:rsidR="00222634" w:rsidRDefault="00222634"/>
    <w:p w14:paraId="52398197" w14:textId="77777777" w:rsidR="00817F33" w:rsidRDefault="00817F33"/>
    <w:sectPr w:rsidR="00817F33" w:rsidSect="00034616">
      <w:headerReference w:type="default" r:id="rId8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41A29" w14:textId="77777777" w:rsidR="008C055C" w:rsidRDefault="008C055C" w:rsidP="00E31799">
      <w:pPr>
        <w:spacing w:after="0" w:line="240" w:lineRule="auto"/>
      </w:pPr>
      <w:r>
        <w:separator/>
      </w:r>
    </w:p>
  </w:endnote>
  <w:endnote w:type="continuationSeparator" w:id="0">
    <w:p w14:paraId="0409E413" w14:textId="77777777" w:rsidR="008C055C" w:rsidRDefault="008C055C" w:rsidP="00E3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7AF21" w14:textId="77777777" w:rsidR="008C055C" w:rsidRDefault="008C055C" w:rsidP="00E31799">
      <w:pPr>
        <w:spacing w:after="0" w:line="240" w:lineRule="auto"/>
      </w:pPr>
      <w:r>
        <w:separator/>
      </w:r>
    </w:p>
  </w:footnote>
  <w:footnote w:type="continuationSeparator" w:id="0">
    <w:p w14:paraId="5149CE46" w14:textId="77777777" w:rsidR="008C055C" w:rsidRDefault="008C055C" w:rsidP="00E3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84DB" w14:textId="7DAC751C" w:rsidR="00E31799" w:rsidRPr="00E31799" w:rsidRDefault="00E31799" w:rsidP="00E31799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159C12" wp14:editId="08B1341C">
          <wp:simplePos x="0" y="0"/>
          <wp:positionH relativeFrom="column">
            <wp:posOffset>5542060</wp:posOffset>
          </wp:positionH>
          <wp:positionV relativeFrom="paragraph">
            <wp:posOffset>-353999</wp:posOffset>
          </wp:positionV>
          <wp:extent cx="1476375" cy="434340"/>
          <wp:effectExtent l="0" t="0" r="9525" b="3810"/>
          <wp:wrapNone/>
          <wp:docPr id="442439447" name="Bildobjekt 1" descr="En bild som visar Grafik, Teckensnitt, logotyp, viole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439447" name="Bildobjekt 1" descr="En bild som visar Grafik, Teckensnitt, logotyp, violet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2441168">
    <w:abstractNumId w:val="8"/>
  </w:num>
  <w:num w:numId="2" w16cid:durableId="225917746">
    <w:abstractNumId w:val="6"/>
  </w:num>
  <w:num w:numId="3" w16cid:durableId="1908609268">
    <w:abstractNumId w:val="5"/>
  </w:num>
  <w:num w:numId="4" w16cid:durableId="238174132">
    <w:abstractNumId w:val="4"/>
  </w:num>
  <w:num w:numId="5" w16cid:durableId="1804537080">
    <w:abstractNumId w:val="7"/>
  </w:num>
  <w:num w:numId="6" w16cid:durableId="593780646">
    <w:abstractNumId w:val="3"/>
  </w:num>
  <w:num w:numId="7" w16cid:durableId="1290476496">
    <w:abstractNumId w:val="2"/>
  </w:num>
  <w:num w:numId="8" w16cid:durableId="28074897">
    <w:abstractNumId w:val="1"/>
  </w:num>
  <w:num w:numId="9" w16cid:durableId="73983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4E97"/>
    <w:rsid w:val="00222634"/>
    <w:rsid w:val="0029639D"/>
    <w:rsid w:val="00326F90"/>
    <w:rsid w:val="003B49E2"/>
    <w:rsid w:val="00427813"/>
    <w:rsid w:val="00430F65"/>
    <w:rsid w:val="00434043"/>
    <w:rsid w:val="006426AB"/>
    <w:rsid w:val="006E02DE"/>
    <w:rsid w:val="00774876"/>
    <w:rsid w:val="00817F33"/>
    <w:rsid w:val="008C055C"/>
    <w:rsid w:val="009459F9"/>
    <w:rsid w:val="009C7B65"/>
    <w:rsid w:val="00A741B4"/>
    <w:rsid w:val="00AA1D8D"/>
    <w:rsid w:val="00B22E78"/>
    <w:rsid w:val="00B47730"/>
    <w:rsid w:val="00CB0664"/>
    <w:rsid w:val="00DC3FCC"/>
    <w:rsid w:val="00E31799"/>
    <w:rsid w:val="00F815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9CF6E"/>
  <w14:defaultImageDpi w14:val="300"/>
  <w15:docId w15:val="{D0E8196B-1B3F-4CD3-ADF6-BD82F9B0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185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Caroline Molin</cp:lastModifiedBy>
  <cp:revision>2</cp:revision>
  <dcterms:created xsi:type="dcterms:W3CDTF">2026-09-14T13:24:00Z</dcterms:created>
  <dcterms:modified xsi:type="dcterms:W3CDTF">2026-09-14T13:24:00Z</dcterms:modified>
  <cp:category/>
</cp:coreProperties>
</file>